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2ED0E" w14:textId="77777777" w:rsidR="00D8338E" w:rsidRPr="00F9609E" w:rsidRDefault="00D8338E" w:rsidP="00D8338E">
      <w:pPr>
        <w:spacing w:after="0" w:line="240" w:lineRule="auto"/>
        <w:ind w:left="-709" w:right="-716"/>
        <w:jc w:val="both"/>
        <w:rPr>
          <w:rFonts w:ascii="Calibri" w:hAnsi="Calibri" w:cs="Calibri"/>
          <w:i/>
          <w:iCs/>
        </w:rPr>
      </w:pPr>
      <w:r w:rsidRPr="00F9609E">
        <w:rPr>
          <w:rFonts w:ascii="Calibri" w:hAnsi="Calibri" w:cs="Calibri"/>
          <w:i/>
          <w:iCs/>
        </w:rPr>
        <w:t>Dear Sir or Madam,</w:t>
      </w:r>
    </w:p>
    <w:p w14:paraId="4E3D1092" w14:textId="77777777" w:rsidR="00D8338E" w:rsidRPr="00F9609E" w:rsidRDefault="00D8338E" w:rsidP="00D8338E">
      <w:pPr>
        <w:spacing w:after="0" w:line="240" w:lineRule="auto"/>
        <w:ind w:left="-709" w:right="-716"/>
        <w:jc w:val="both"/>
        <w:rPr>
          <w:rFonts w:ascii="Calibri" w:hAnsi="Calibri" w:cs="Calibri"/>
          <w:i/>
          <w:iCs/>
        </w:rPr>
      </w:pPr>
      <w:r w:rsidRPr="00F9609E">
        <w:rPr>
          <w:rFonts w:ascii="Calibri" w:hAnsi="Calibri" w:cs="Calibri"/>
          <w:i/>
          <w:iCs/>
        </w:rPr>
        <w:t xml:space="preserve"> </w:t>
      </w:r>
    </w:p>
    <w:p w14:paraId="17B18CC1" w14:textId="77777777" w:rsidR="00D8338E" w:rsidRPr="00F9609E" w:rsidRDefault="00D8338E" w:rsidP="00D8338E">
      <w:pPr>
        <w:spacing w:after="0" w:line="240" w:lineRule="auto"/>
        <w:ind w:left="-709" w:right="-716"/>
        <w:jc w:val="both"/>
        <w:rPr>
          <w:rFonts w:ascii="Calibri" w:hAnsi="Calibri" w:cs="Calibri"/>
          <w:i/>
          <w:iCs/>
        </w:rPr>
      </w:pPr>
      <w:r w:rsidRPr="00F9609E">
        <w:rPr>
          <w:rFonts w:ascii="Calibri" w:hAnsi="Calibri" w:cs="Calibri"/>
          <w:i/>
          <w:iCs/>
        </w:rPr>
        <w:t>We would like to hear your views on the conditions for conducting research, the career development of researchers, and the implementation of the principles set forth in the European Charter for Researchers. We therefore invite you to complete this anonymous survey.</w:t>
      </w:r>
    </w:p>
    <w:p w14:paraId="1171882E" w14:textId="77777777" w:rsidR="00D8338E" w:rsidRPr="00F9609E" w:rsidRDefault="00D8338E" w:rsidP="00D8338E">
      <w:pPr>
        <w:spacing w:after="0" w:line="240" w:lineRule="auto"/>
        <w:ind w:left="-709" w:right="-716"/>
        <w:jc w:val="both"/>
        <w:rPr>
          <w:rFonts w:ascii="Calibri" w:hAnsi="Calibri" w:cs="Calibri"/>
          <w:i/>
          <w:iCs/>
        </w:rPr>
      </w:pPr>
      <w:r w:rsidRPr="00F9609E">
        <w:rPr>
          <w:rFonts w:ascii="Calibri" w:hAnsi="Calibri" w:cs="Calibri"/>
          <w:i/>
          <w:iCs/>
        </w:rPr>
        <w:t>The first survey on this topic was conducted in 2022. The results of this year’s survey will be compared with those of the previous survey and will be used to develop a new strategy based on the current European Charter for Researchers, introduced in 2025.</w:t>
      </w:r>
    </w:p>
    <w:p w14:paraId="4B820BCD" w14:textId="77777777" w:rsidR="00D8338E" w:rsidRPr="00F9609E" w:rsidRDefault="00D8338E" w:rsidP="00D8338E">
      <w:pPr>
        <w:spacing w:after="0" w:line="240" w:lineRule="auto"/>
        <w:ind w:left="-709" w:right="-716"/>
        <w:jc w:val="both"/>
        <w:rPr>
          <w:rFonts w:ascii="Calibri" w:hAnsi="Calibri" w:cs="Calibri"/>
          <w:i/>
          <w:iCs/>
        </w:rPr>
      </w:pPr>
      <w:r w:rsidRPr="00F9609E">
        <w:rPr>
          <w:rFonts w:ascii="Calibri" w:hAnsi="Calibri" w:cs="Calibri"/>
          <w:i/>
          <w:iCs/>
        </w:rPr>
        <w:t>The current European Charter for Researchers contains 20 key principles, which have been classified under four pillars:</w:t>
      </w:r>
    </w:p>
    <w:p w14:paraId="570B8F10" w14:textId="77777777" w:rsidR="00D8338E" w:rsidRPr="00F9609E" w:rsidRDefault="00D8338E" w:rsidP="00D8338E">
      <w:pPr>
        <w:spacing w:after="0" w:line="240" w:lineRule="auto"/>
        <w:ind w:left="-709" w:right="-716"/>
        <w:jc w:val="both"/>
        <w:rPr>
          <w:rFonts w:ascii="Calibri" w:hAnsi="Calibri" w:cs="Calibri"/>
          <w:i/>
          <w:iCs/>
        </w:rPr>
      </w:pPr>
      <w:r w:rsidRPr="00F9609E">
        <w:rPr>
          <w:rFonts w:ascii="Calibri" w:hAnsi="Calibri" w:cs="Calibri"/>
          <w:i/>
          <w:iCs/>
        </w:rPr>
        <w:t>•    Ethics, integrity, gender, and open science</w:t>
      </w:r>
    </w:p>
    <w:p w14:paraId="717C3F9D" w14:textId="77777777" w:rsidR="00D8338E" w:rsidRPr="00F9609E" w:rsidRDefault="00D8338E" w:rsidP="00D8338E">
      <w:pPr>
        <w:spacing w:after="0" w:line="240" w:lineRule="auto"/>
        <w:ind w:left="-709" w:right="-716"/>
        <w:jc w:val="both"/>
        <w:rPr>
          <w:rFonts w:ascii="Calibri" w:hAnsi="Calibri" w:cs="Calibri"/>
          <w:i/>
          <w:iCs/>
        </w:rPr>
      </w:pPr>
      <w:r w:rsidRPr="00F9609E">
        <w:rPr>
          <w:rFonts w:ascii="Calibri" w:hAnsi="Calibri" w:cs="Calibri"/>
          <w:i/>
          <w:iCs/>
        </w:rPr>
        <w:t>•    Evaluation, recruitment, and career progression of researchers</w:t>
      </w:r>
    </w:p>
    <w:p w14:paraId="46A14BF7" w14:textId="77777777" w:rsidR="00D8338E" w:rsidRPr="00F9609E" w:rsidRDefault="00D8338E" w:rsidP="00D8338E">
      <w:pPr>
        <w:spacing w:after="0" w:line="240" w:lineRule="auto"/>
        <w:ind w:left="-709" w:right="-716"/>
        <w:jc w:val="both"/>
        <w:rPr>
          <w:rFonts w:ascii="Calibri" w:hAnsi="Calibri" w:cs="Calibri"/>
          <w:i/>
          <w:iCs/>
        </w:rPr>
      </w:pPr>
      <w:r w:rsidRPr="00F9609E">
        <w:rPr>
          <w:rFonts w:ascii="Calibri" w:hAnsi="Calibri" w:cs="Calibri"/>
          <w:i/>
          <w:iCs/>
        </w:rPr>
        <w:t>•    Working conditions and practices</w:t>
      </w:r>
    </w:p>
    <w:p w14:paraId="34EC2C28" w14:textId="02BB1ADB" w:rsidR="00D8338E" w:rsidRPr="00F9609E" w:rsidRDefault="00D8338E" w:rsidP="00D8338E">
      <w:pPr>
        <w:spacing w:after="0" w:line="240" w:lineRule="auto"/>
        <w:ind w:left="-709" w:right="-716"/>
        <w:jc w:val="both"/>
        <w:rPr>
          <w:rFonts w:ascii="Calibri" w:hAnsi="Calibri" w:cs="Calibri"/>
          <w:i/>
          <w:iCs/>
        </w:rPr>
      </w:pPr>
      <w:r w:rsidRPr="00F9609E">
        <w:rPr>
          <w:rFonts w:ascii="Calibri" w:hAnsi="Calibri" w:cs="Calibri"/>
          <w:i/>
          <w:iCs/>
        </w:rPr>
        <w:t>•</w:t>
      </w:r>
      <w:r w:rsidRPr="00F9609E">
        <w:rPr>
          <w:rFonts w:ascii="Calibri" w:hAnsi="Calibri" w:cs="Calibri"/>
          <w:i/>
          <w:iCs/>
        </w:rPr>
        <w:t xml:space="preserve">    </w:t>
      </w:r>
      <w:r w:rsidRPr="00F9609E">
        <w:rPr>
          <w:rFonts w:ascii="Calibri" w:hAnsi="Calibri" w:cs="Calibri"/>
          <w:i/>
          <w:iCs/>
        </w:rPr>
        <w:t>Research careers and talent development</w:t>
      </w:r>
    </w:p>
    <w:p w14:paraId="6BEC63A5" w14:textId="77777777" w:rsidR="00D8338E" w:rsidRPr="00F9609E" w:rsidRDefault="00D8338E" w:rsidP="00D8338E">
      <w:pPr>
        <w:spacing w:after="0" w:line="240" w:lineRule="auto"/>
        <w:ind w:left="-709" w:right="-716"/>
        <w:jc w:val="both"/>
        <w:rPr>
          <w:rFonts w:ascii="Calibri" w:hAnsi="Calibri" w:cs="Calibri"/>
          <w:i/>
          <w:iCs/>
        </w:rPr>
      </w:pPr>
      <w:r w:rsidRPr="00F9609E">
        <w:rPr>
          <w:rFonts w:ascii="Calibri" w:hAnsi="Calibri" w:cs="Calibri"/>
          <w:i/>
          <w:iCs/>
        </w:rPr>
        <w:t>The survey questions were kept in the same format as in the 2022 survey, where they were formulated based on the 40 principles of the previous European Charter for Researchers and the Code of Conduct for the Recruitment of Researchers. Maintaining the existing wording of the questions will allow for a comparison of the results of both surveys and an assessment of the changes that have occurred in this area.</w:t>
      </w:r>
    </w:p>
    <w:p w14:paraId="66B7A441" w14:textId="77777777" w:rsidR="00D8338E" w:rsidRPr="00F9609E" w:rsidRDefault="00D8338E" w:rsidP="00D8338E">
      <w:pPr>
        <w:spacing w:after="0" w:line="240" w:lineRule="auto"/>
        <w:ind w:left="-709" w:right="-716"/>
        <w:jc w:val="both"/>
        <w:rPr>
          <w:rFonts w:ascii="Calibri" w:hAnsi="Calibri" w:cs="Calibri"/>
          <w:i/>
          <w:iCs/>
        </w:rPr>
      </w:pPr>
      <w:r w:rsidRPr="00F9609E">
        <w:rPr>
          <w:rFonts w:ascii="Calibri" w:hAnsi="Calibri" w:cs="Calibri"/>
          <w:i/>
          <w:iCs/>
        </w:rPr>
        <w:t>Additionally, open-ended questions were included to allow you to suggest actions that, in your opinion, could be taken in the future to improve the current professional ethics guidelines.</w:t>
      </w:r>
    </w:p>
    <w:p w14:paraId="2E25406F" w14:textId="77777777" w:rsidR="00D8338E" w:rsidRPr="00F9609E" w:rsidRDefault="00D8338E" w:rsidP="00D8338E">
      <w:pPr>
        <w:spacing w:after="0" w:line="240" w:lineRule="auto"/>
        <w:ind w:left="-709" w:right="-716"/>
        <w:jc w:val="both"/>
        <w:rPr>
          <w:rFonts w:ascii="Calibri" w:hAnsi="Calibri" w:cs="Calibri"/>
          <w:i/>
          <w:iCs/>
        </w:rPr>
      </w:pPr>
      <w:r w:rsidRPr="00F9609E">
        <w:rPr>
          <w:rFonts w:ascii="Calibri" w:hAnsi="Calibri" w:cs="Calibri"/>
          <w:i/>
          <w:iCs/>
        </w:rPr>
        <w:t>Your opinions are very important to us, as they will enable us to evaluate our actions to date and set directions for further development and support of researchers at the University of Information Technology and Management. The survey is anonymous, and the collected responses will be used exclusively in the form of aggregate analyses.</w:t>
      </w:r>
    </w:p>
    <w:p w14:paraId="6625AE99" w14:textId="77777777" w:rsidR="00D8338E" w:rsidRPr="00D8338E" w:rsidRDefault="00D8338E" w:rsidP="00D8338E">
      <w:pPr>
        <w:spacing w:after="0" w:line="240" w:lineRule="auto"/>
        <w:ind w:left="-709" w:right="-716"/>
        <w:jc w:val="both"/>
        <w:rPr>
          <w:rFonts w:ascii="Calibri" w:hAnsi="Calibri" w:cs="Calibri"/>
        </w:rPr>
      </w:pPr>
    </w:p>
    <w:p w14:paraId="3FDCD9F8" w14:textId="77777777" w:rsidR="00E03324" w:rsidRPr="00B2522A" w:rsidRDefault="00D17C09" w:rsidP="000F7FF9">
      <w:pPr>
        <w:spacing w:after="0" w:line="240" w:lineRule="auto"/>
        <w:ind w:left="-709" w:right="-716"/>
        <w:jc w:val="center"/>
        <w:rPr>
          <w:rFonts w:ascii="Calibri" w:hAnsi="Calibri" w:cs="Calibri"/>
          <w:b/>
          <w:bCs/>
          <w:sz w:val="28"/>
          <w:szCs w:val="28"/>
        </w:rPr>
      </w:pPr>
      <w:r w:rsidRPr="00B2522A">
        <w:rPr>
          <w:rFonts w:ascii="Calibri" w:hAnsi="Calibri" w:cs="Calibri"/>
          <w:b/>
          <w:bCs/>
          <w:sz w:val="28"/>
          <w:szCs w:val="28"/>
        </w:rPr>
        <w:t>SURVEY</w:t>
      </w:r>
    </w:p>
    <w:p w14:paraId="7EEACBB1" w14:textId="77777777" w:rsidR="00E03324" w:rsidRPr="00440173" w:rsidRDefault="00D17C09" w:rsidP="000F7FF9">
      <w:pPr>
        <w:spacing w:after="0" w:line="240" w:lineRule="auto"/>
        <w:ind w:left="-709" w:right="-716"/>
        <w:jc w:val="both"/>
        <w:rPr>
          <w:rFonts w:ascii="Calibri" w:hAnsi="Calibri" w:cs="Calibri"/>
        </w:rPr>
      </w:pPr>
      <w:r w:rsidRPr="00440173">
        <w:rPr>
          <w:rFonts w:ascii="Calibri" w:hAnsi="Calibri" w:cs="Calibri"/>
        </w:rPr>
        <w:t>PART I. ETHICAL AND PROFESSIONAL ASPECTS</w:t>
      </w:r>
    </w:p>
    <w:p w14:paraId="10955012" w14:textId="77777777" w:rsidR="00E03324" w:rsidRPr="00440173" w:rsidRDefault="00D17C09" w:rsidP="000F7FF9">
      <w:pPr>
        <w:spacing w:after="0" w:line="240" w:lineRule="auto"/>
        <w:ind w:left="-709" w:right="-716"/>
        <w:jc w:val="both"/>
        <w:rPr>
          <w:rFonts w:ascii="Calibri" w:hAnsi="Calibri" w:cs="Calibri"/>
        </w:rPr>
      </w:pPr>
      <w:r w:rsidRPr="00440173">
        <w:rPr>
          <w:rFonts w:ascii="Calibri" w:hAnsi="Calibri" w:cs="Calibri"/>
        </w:rPr>
        <w:t>The first part of the survey focuses on professional and ethical aspects of a researcher’s work.</w:t>
      </w:r>
    </w:p>
    <w:p w14:paraId="2C5FAEBE" w14:textId="77777777" w:rsidR="00E03324" w:rsidRPr="00440173" w:rsidRDefault="00D17C09" w:rsidP="000F7FF9">
      <w:pPr>
        <w:spacing w:after="0" w:line="240" w:lineRule="auto"/>
        <w:ind w:left="-709" w:right="-716"/>
        <w:jc w:val="both"/>
        <w:rPr>
          <w:rFonts w:ascii="Calibri" w:hAnsi="Calibri" w:cs="Calibri"/>
        </w:rPr>
      </w:pPr>
      <w:r w:rsidRPr="00440173">
        <w:rPr>
          <w:rFonts w:ascii="Calibri" w:hAnsi="Calibri" w:cs="Calibri"/>
        </w:rPr>
        <w:t>PART II. RECRUITMENT AND EVALUATION</w:t>
      </w:r>
    </w:p>
    <w:p w14:paraId="6DBF8BB5" w14:textId="77777777" w:rsidR="00E03324" w:rsidRPr="00440173" w:rsidRDefault="00D17C09" w:rsidP="000F7FF9">
      <w:pPr>
        <w:spacing w:after="0" w:line="240" w:lineRule="auto"/>
        <w:ind w:left="-709" w:right="-716"/>
        <w:jc w:val="both"/>
        <w:rPr>
          <w:rFonts w:ascii="Calibri" w:hAnsi="Calibri" w:cs="Calibri"/>
        </w:rPr>
      </w:pPr>
      <w:r w:rsidRPr="00440173">
        <w:rPr>
          <w:rFonts w:ascii="Calibri" w:hAnsi="Calibri" w:cs="Calibri"/>
        </w:rPr>
        <w:t>The second part focuses on recruitment procedures and employee evaluation.</w:t>
      </w:r>
    </w:p>
    <w:p w14:paraId="3598E33D" w14:textId="77777777" w:rsidR="00E03324" w:rsidRPr="00440173" w:rsidRDefault="00D17C09" w:rsidP="000F7FF9">
      <w:pPr>
        <w:spacing w:after="0" w:line="240" w:lineRule="auto"/>
        <w:ind w:left="-709" w:right="-716"/>
        <w:jc w:val="both"/>
        <w:rPr>
          <w:rFonts w:ascii="Calibri" w:hAnsi="Calibri" w:cs="Calibri"/>
        </w:rPr>
      </w:pPr>
      <w:r w:rsidRPr="00440173">
        <w:rPr>
          <w:rFonts w:ascii="Calibri" w:hAnsi="Calibri" w:cs="Calibri"/>
        </w:rPr>
        <w:t>PART III. WORKING CONDITIONS</w:t>
      </w:r>
    </w:p>
    <w:p w14:paraId="4552779F" w14:textId="77777777" w:rsidR="00E03324" w:rsidRPr="00440173" w:rsidRDefault="00D17C09" w:rsidP="000F7FF9">
      <w:pPr>
        <w:spacing w:after="0" w:line="240" w:lineRule="auto"/>
        <w:ind w:left="-709" w:right="-716"/>
        <w:jc w:val="both"/>
        <w:rPr>
          <w:rFonts w:ascii="Calibri" w:hAnsi="Calibri" w:cs="Calibri"/>
        </w:rPr>
      </w:pPr>
      <w:r w:rsidRPr="00440173">
        <w:rPr>
          <w:rFonts w:ascii="Calibri" w:hAnsi="Calibri" w:cs="Calibri"/>
        </w:rPr>
        <w:t>The third part focuses on working conditions.</w:t>
      </w:r>
    </w:p>
    <w:p w14:paraId="0293E40D" w14:textId="77777777" w:rsidR="00E03324" w:rsidRPr="00440173" w:rsidRDefault="00D17C09" w:rsidP="000F7FF9">
      <w:pPr>
        <w:spacing w:after="0" w:line="240" w:lineRule="auto"/>
        <w:ind w:left="-709" w:right="-716"/>
        <w:jc w:val="both"/>
        <w:rPr>
          <w:rFonts w:ascii="Calibri" w:hAnsi="Calibri" w:cs="Calibri"/>
        </w:rPr>
      </w:pPr>
      <w:r w:rsidRPr="00440173">
        <w:rPr>
          <w:rFonts w:ascii="Calibri" w:hAnsi="Calibri" w:cs="Calibri"/>
        </w:rPr>
        <w:t>PART IV. TRAINING</w:t>
      </w:r>
    </w:p>
    <w:p w14:paraId="7EA07BB2" w14:textId="77777777" w:rsidR="00E03324" w:rsidRPr="00440173" w:rsidRDefault="00D17C09" w:rsidP="000F7FF9">
      <w:pPr>
        <w:spacing w:after="0" w:line="240" w:lineRule="auto"/>
        <w:ind w:left="-709" w:right="-716"/>
        <w:jc w:val="both"/>
        <w:rPr>
          <w:rFonts w:ascii="Calibri" w:hAnsi="Calibri" w:cs="Calibri"/>
        </w:rPr>
      </w:pPr>
      <w:r w:rsidRPr="00440173">
        <w:rPr>
          <w:rFonts w:ascii="Calibri" w:hAnsi="Calibri" w:cs="Calibri"/>
        </w:rPr>
        <w:t>The fourth and final part focuses on training and professional development opportunities at the university.</w:t>
      </w:r>
    </w:p>
    <w:p w14:paraId="41DDC5A5" w14:textId="77777777" w:rsidR="000F7FF9" w:rsidRDefault="000F7FF9" w:rsidP="000F7FF9">
      <w:pPr>
        <w:spacing w:after="0" w:line="240" w:lineRule="auto"/>
        <w:ind w:left="-709" w:right="-716"/>
        <w:jc w:val="center"/>
        <w:rPr>
          <w:rFonts w:ascii="Calibri" w:hAnsi="Calibri" w:cs="Calibri"/>
          <w:b/>
          <w:sz w:val="32"/>
        </w:rPr>
      </w:pPr>
    </w:p>
    <w:p w14:paraId="72147B1D" w14:textId="01B618B0" w:rsidR="00B2522A" w:rsidRPr="00440173" w:rsidRDefault="00B2522A" w:rsidP="000F7FF9">
      <w:pPr>
        <w:spacing w:after="0" w:line="240" w:lineRule="auto"/>
        <w:ind w:left="-709" w:right="-716"/>
        <w:jc w:val="center"/>
        <w:rPr>
          <w:rFonts w:ascii="Calibri" w:hAnsi="Calibri" w:cs="Calibri"/>
        </w:rPr>
      </w:pPr>
      <w:r w:rsidRPr="00440173">
        <w:rPr>
          <w:rFonts w:ascii="Calibri" w:hAnsi="Calibri" w:cs="Calibri"/>
          <w:b/>
          <w:sz w:val="32"/>
        </w:rPr>
        <w:t>Survey on the Implementation of the Principles of the European Charter for Researchers and the Code of Conduct for the Recruitment of Researchers</w:t>
      </w:r>
    </w:p>
    <w:p w14:paraId="6DB6459D" w14:textId="77777777" w:rsidR="00E03324" w:rsidRPr="00440173" w:rsidRDefault="00E03324" w:rsidP="000F7FF9">
      <w:pPr>
        <w:spacing w:after="0" w:line="240" w:lineRule="auto"/>
        <w:ind w:left="-709" w:right="-716"/>
        <w:jc w:val="center"/>
        <w:rPr>
          <w:rFonts w:ascii="Calibri" w:hAnsi="Calibri" w:cs="Calibri"/>
        </w:rPr>
      </w:pPr>
    </w:p>
    <w:p w14:paraId="103C12E6" w14:textId="56742966" w:rsidR="00E03324" w:rsidRPr="00440173" w:rsidRDefault="00B2522A" w:rsidP="000F7FF9">
      <w:pPr>
        <w:spacing w:after="0" w:line="240" w:lineRule="auto"/>
        <w:ind w:left="-709" w:right="-716"/>
        <w:jc w:val="both"/>
        <w:rPr>
          <w:rFonts w:ascii="Calibri" w:hAnsi="Calibri" w:cs="Calibri"/>
        </w:rPr>
      </w:pPr>
      <w:r w:rsidRPr="00B2522A">
        <w:rPr>
          <w:rFonts w:ascii="Calibri" w:hAnsi="Calibri" w:cs="Calibri"/>
          <w:color w:val="EE0000"/>
        </w:rPr>
        <w:t>*</w:t>
      </w:r>
      <w:r w:rsidR="00D17C09" w:rsidRPr="00B2522A">
        <w:rPr>
          <w:rFonts w:ascii="Calibri" w:hAnsi="Calibri" w:cs="Calibri"/>
        </w:rPr>
        <w:t>Required field</w:t>
      </w:r>
    </w:p>
    <w:p w14:paraId="6BADB0E8" w14:textId="77777777" w:rsidR="00E03324" w:rsidRPr="00440173" w:rsidRDefault="00D17C09" w:rsidP="000F7FF9">
      <w:pPr>
        <w:spacing w:after="0" w:line="240" w:lineRule="auto"/>
        <w:ind w:left="-709" w:right="-716"/>
        <w:jc w:val="both"/>
        <w:rPr>
          <w:rFonts w:ascii="Calibri" w:hAnsi="Calibri" w:cs="Calibri"/>
        </w:rPr>
      </w:pPr>
      <w:r w:rsidRPr="00B2522A">
        <w:rPr>
          <w:rFonts w:ascii="Calibri" w:hAnsi="Calibri" w:cs="Calibri"/>
          <w:highlight w:val="green"/>
        </w:rPr>
        <w:t>PERSONAL INFORMATION</w:t>
      </w:r>
    </w:p>
    <w:p w14:paraId="27B5D83F" w14:textId="326C5489" w:rsidR="00E03324" w:rsidRPr="00440173" w:rsidRDefault="00D17C09" w:rsidP="000F7FF9">
      <w:pPr>
        <w:spacing w:after="0" w:line="240" w:lineRule="auto"/>
        <w:ind w:left="-709" w:right="-716"/>
        <w:jc w:val="both"/>
        <w:rPr>
          <w:rFonts w:ascii="Calibri" w:hAnsi="Calibri" w:cs="Calibri"/>
        </w:rPr>
      </w:pPr>
      <w:r w:rsidRPr="00440173">
        <w:rPr>
          <w:rFonts w:ascii="Calibri" w:hAnsi="Calibri" w:cs="Calibri"/>
        </w:rPr>
        <w:t>Gender</w:t>
      </w:r>
      <w:r w:rsidR="00B2522A" w:rsidRPr="00B2522A">
        <w:rPr>
          <w:rFonts w:ascii="Calibri" w:hAnsi="Calibri" w:cs="Calibri"/>
          <w:color w:val="EE0000"/>
        </w:rPr>
        <w:t>*</w:t>
      </w:r>
      <w:r w:rsidR="00B2522A">
        <w:rPr>
          <w:rFonts w:ascii="Calibri" w:hAnsi="Calibri" w:cs="Calibri"/>
        </w:rPr>
        <w:t xml:space="preserve"> </w:t>
      </w:r>
      <w:r w:rsidRPr="00440173">
        <w:rPr>
          <w:rFonts w:ascii="Calibri" w:hAnsi="Calibri" w:cs="Calibri"/>
        </w:rPr>
        <w:t>:</w:t>
      </w:r>
    </w:p>
    <w:p w14:paraId="0635A97B" w14:textId="77777777" w:rsidR="00E03324" w:rsidRPr="00440173" w:rsidRDefault="00D17C09" w:rsidP="000F7FF9">
      <w:pPr>
        <w:spacing w:after="0" w:line="240" w:lineRule="auto"/>
        <w:ind w:left="-709" w:right="-716"/>
        <w:jc w:val="both"/>
        <w:rPr>
          <w:rFonts w:ascii="Calibri" w:hAnsi="Calibri" w:cs="Calibri"/>
        </w:rPr>
      </w:pPr>
      <w:r w:rsidRPr="00440173">
        <w:rPr>
          <w:rFonts w:ascii="Calibri" w:hAnsi="Calibri" w:cs="Calibri"/>
        </w:rPr>
        <w:t>- Female</w:t>
      </w:r>
    </w:p>
    <w:p w14:paraId="289B99E9" w14:textId="00F3E2D7" w:rsidR="00E03324" w:rsidRPr="00440173" w:rsidRDefault="00D17C09" w:rsidP="000F7FF9">
      <w:pPr>
        <w:spacing w:after="0" w:line="240" w:lineRule="auto"/>
        <w:ind w:left="-709" w:right="-716"/>
        <w:jc w:val="both"/>
        <w:rPr>
          <w:rFonts w:ascii="Calibri" w:hAnsi="Calibri" w:cs="Calibri"/>
        </w:rPr>
      </w:pPr>
      <w:r w:rsidRPr="00440173">
        <w:rPr>
          <w:rFonts w:ascii="Calibri" w:hAnsi="Calibri" w:cs="Calibri"/>
        </w:rPr>
        <w:t>- Male</w:t>
      </w:r>
    </w:p>
    <w:p w14:paraId="746C4314" w14:textId="110EB268" w:rsidR="00E03324" w:rsidRPr="00440173" w:rsidRDefault="00D17C09" w:rsidP="000F7FF9">
      <w:pPr>
        <w:spacing w:after="0" w:line="240" w:lineRule="auto"/>
        <w:ind w:left="-709" w:right="-716"/>
        <w:jc w:val="both"/>
        <w:rPr>
          <w:rFonts w:ascii="Calibri" w:hAnsi="Calibri" w:cs="Calibri"/>
        </w:rPr>
      </w:pPr>
      <w:r w:rsidRPr="00440173">
        <w:rPr>
          <w:rFonts w:ascii="Calibri" w:hAnsi="Calibri" w:cs="Calibri"/>
        </w:rPr>
        <w:t>Age</w:t>
      </w:r>
      <w:r w:rsidR="00B2522A" w:rsidRPr="00B2522A">
        <w:rPr>
          <w:rFonts w:ascii="Calibri" w:hAnsi="Calibri" w:cs="Calibri"/>
          <w:color w:val="EE0000"/>
        </w:rPr>
        <w:t>*</w:t>
      </w:r>
      <w:r w:rsidR="00B2522A">
        <w:rPr>
          <w:rFonts w:ascii="Calibri" w:hAnsi="Calibri" w:cs="Calibri"/>
        </w:rPr>
        <w:t xml:space="preserve"> </w:t>
      </w:r>
      <w:r w:rsidRPr="00440173">
        <w:rPr>
          <w:rFonts w:ascii="Calibri" w:hAnsi="Calibri" w:cs="Calibri"/>
        </w:rPr>
        <w:t>:</w:t>
      </w:r>
    </w:p>
    <w:p w14:paraId="78564262" w14:textId="77777777" w:rsidR="00E03324" w:rsidRPr="00440173" w:rsidRDefault="00D17C09" w:rsidP="000F7FF9">
      <w:pPr>
        <w:spacing w:after="0" w:line="240" w:lineRule="auto"/>
        <w:ind w:left="-709" w:right="-716"/>
        <w:jc w:val="both"/>
        <w:rPr>
          <w:rFonts w:ascii="Calibri" w:hAnsi="Calibri" w:cs="Calibri"/>
        </w:rPr>
      </w:pPr>
      <w:r w:rsidRPr="00440173">
        <w:rPr>
          <w:rFonts w:ascii="Calibri" w:hAnsi="Calibri" w:cs="Calibri"/>
        </w:rPr>
        <w:t>- Up to 30 years old</w:t>
      </w:r>
    </w:p>
    <w:p w14:paraId="203DAE01" w14:textId="77777777" w:rsidR="00E03324" w:rsidRPr="00440173" w:rsidRDefault="00D17C09" w:rsidP="000F7FF9">
      <w:pPr>
        <w:spacing w:after="0" w:line="240" w:lineRule="auto"/>
        <w:ind w:left="-709" w:right="-716"/>
        <w:jc w:val="both"/>
        <w:rPr>
          <w:rFonts w:ascii="Calibri" w:hAnsi="Calibri" w:cs="Calibri"/>
        </w:rPr>
      </w:pPr>
      <w:r w:rsidRPr="00440173">
        <w:rPr>
          <w:rFonts w:ascii="Calibri" w:hAnsi="Calibri" w:cs="Calibri"/>
        </w:rPr>
        <w:t>- 31–35 years old</w:t>
      </w:r>
    </w:p>
    <w:p w14:paraId="79490E56" w14:textId="77777777" w:rsidR="00E03324" w:rsidRPr="00440173" w:rsidRDefault="00D17C09" w:rsidP="000F7FF9">
      <w:pPr>
        <w:spacing w:after="0" w:line="240" w:lineRule="auto"/>
        <w:ind w:left="-709" w:right="-716"/>
        <w:jc w:val="both"/>
        <w:rPr>
          <w:rFonts w:ascii="Calibri" w:hAnsi="Calibri" w:cs="Calibri"/>
        </w:rPr>
      </w:pPr>
      <w:r w:rsidRPr="00440173">
        <w:rPr>
          <w:rFonts w:ascii="Calibri" w:hAnsi="Calibri" w:cs="Calibri"/>
        </w:rPr>
        <w:t>- 36–40 years old</w:t>
      </w:r>
    </w:p>
    <w:p w14:paraId="02B7FF5E" w14:textId="77777777" w:rsidR="00E03324" w:rsidRPr="00440173" w:rsidRDefault="00D17C09" w:rsidP="000F7FF9">
      <w:pPr>
        <w:spacing w:after="0" w:line="240" w:lineRule="auto"/>
        <w:ind w:left="-709" w:right="-716"/>
        <w:jc w:val="both"/>
        <w:rPr>
          <w:rFonts w:ascii="Calibri" w:hAnsi="Calibri" w:cs="Calibri"/>
        </w:rPr>
      </w:pPr>
      <w:r w:rsidRPr="00440173">
        <w:rPr>
          <w:rFonts w:ascii="Calibri" w:hAnsi="Calibri" w:cs="Calibri"/>
        </w:rPr>
        <w:lastRenderedPageBreak/>
        <w:t>- 41–50 years old</w:t>
      </w:r>
    </w:p>
    <w:p w14:paraId="293EFE7D" w14:textId="7BDF0BA5" w:rsidR="00E03324" w:rsidRPr="00440173" w:rsidRDefault="00D17C09" w:rsidP="000F7FF9">
      <w:pPr>
        <w:spacing w:after="0" w:line="240" w:lineRule="auto"/>
        <w:ind w:left="-709" w:right="-716"/>
        <w:jc w:val="both"/>
        <w:rPr>
          <w:rFonts w:ascii="Calibri" w:hAnsi="Calibri" w:cs="Calibri"/>
        </w:rPr>
      </w:pPr>
      <w:r w:rsidRPr="00440173">
        <w:rPr>
          <w:rFonts w:ascii="Calibri" w:hAnsi="Calibri" w:cs="Calibri"/>
        </w:rPr>
        <w:t>- 51 years old and above</w:t>
      </w:r>
    </w:p>
    <w:p w14:paraId="70B5D5A0" w14:textId="303EE925" w:rsidR="00E03324" w:rsidRPr="00440173" w:rsidRDefault="00D17C09" w:rsidP="000F7FF9">
      <w:pPr>
        <w:spacing w:after="0" w:line="240" w:lineRule="auto"/>
        <w:ind w:left="-709" w:right="-716"/>
        <w:jc w:val="both"/>
        <w:rPr>
          <w:rFonts w:ascii="Calibri" w:hAnsi="Calibri" w:cs="Calibri"/>
        </w:rPr>
      </w:pPr>
      <w:r w:rsidRPr="00440173">
        <w:rPr>
          <w:rFonts w:ascii="Calibri" w:hAnsi="Calibri" w:cs="Calibri"/>
        </w:rPr>
        <w:t>Academic degree</w:t>
      </w:r>
      <w:r w:rsidR="00B2522A">
        <w:rPr>
          <w:rFonts w:ascii="Calibri" w:hAnsi="Calibri" w:cs="Calibri"/>
        </w:rPr>
        <w:t xml:space="preserve"> </w:t>
      </w:r>
      <w:r w:rsidR="00B2522A" w:rsidRPr="00B2522A">
        <w:rPr>
          <w:rFonts w:ascii="Calibri" w:hAnsi="Calibri" w:cs="Calibri"/>
          <w:color w:val="EE0000"/>
        </w:rPr>
        <w:t>*</w:t>
      </w:r>
      <w:r w:rsidRPr="00440173">
        <w:rPr>
          <w:rFonts w:ascii="Calibri" w:hAnsi="Calibri" w:cs="Calibri"/>
        </w:rPr>
        <w:t>:</w:t>
      </w:r>
    </w:p>
    <w:p w14:paraId="0AD161A0" w14:textId="77777777" w:rsidR="00E03324" w:rsidRPr="00440173" w:rsidRDefault="00D17C09" w:rsidP="000F7FF9">
      <w:pPr>
        <w:spacing w:after="0" w:line="240" w:lineRule="auto"/>
        <w:ind w:left="-709" w:right="-716"/>
        <w:jc w:val="both"/>
        <w:rPr>
          <w:rFonts w:ascii="Calibri" w:hAnsi="Calibri" w:cs="Calibri"/>
        </w:rPr>
      </w:pPr>
      <w:r w:rsidRPr="00440173">
        <w:rPr>
          <w:rFonts w:ascii="Calibri" w:hAnsi="Calibri" w:cs="Calibri"/>
        </w:rPr>
        <w:t>- MA / MSc</w:t>
      </w:r>
    </w:p>
    <w:p w14:paraId="1D9AEC67" w14:textId="77777777" w:rsidR="00E03324" w:rsidRPr="00440173" w:rsidRDefault="00D17C09" w:rsidP="000F7FF9">
      <w:pPr>
        <w:spacing w:after="0" w:line="240" w:lineRule="auto"/>
        <w:ind w:left="-709" w:right="-716"/>
        <w:jc w:val="both"/>
        <w:rPr>
          <w:rFonts w:ascii="Calibri" w:hAnsi="Calibri" w:cs="Calibri"/>
        </w:rPr>
      </w:pPr>
      <w:r w:rsidRPr="00440173">
        <w:rPr>
          <w:rFonts w:ascii="Calibri" w:hAnsi="Calibri" w:cs="Calibri"/>
        </w:rPr>
        <w:t>- PhD</w:t>
      </w:r>
    </w:p>
    <w:p w14:paraId="5B6BE483" w14:textId="77777777" w:rsidR="00E03324" w:rsidRPr="00440173" w:rsidRDefault="00D17C09" w:rsidP="000F7FF9">
      <w:pPr>
        <w:spacing w:after="0" w:line="240" w:lineRule="auto"/>
        <w:ind w:left="-709" w:right="-716"/>
        <w:jc w:val="both"/>
        <w:rPr>
          <w:rFonts w:ascii="Calibri" w:hAnsi="Calibri" w:cs="Calibri"/>
        </w:rPr>
      </w:pPr>
      <w:r w:rsidRPr="00440173">
        <w:rPr>
          <w:rFonts w:ascii="Calibri" w:hAnsi="Calibri" w:cs="Calibri"/>
        </w:rPr>
        <w:t>- Habilitated Doctor</w:t>
      </w:r>
    </w:p>
    <w:p w14:paraId="5591A579" w14:textId="7882F5D2" w:rsidR="00E03324" w:rsidRPr="00440173" w:rsidRDefault="00D17C09" w:rsidP="000F7FF9">
      <w:pPr>
        <w:spacing w:after="0" w:line="240" w:lineRule="auto"/>
        <w:ind w:left="-709" w:right="-716"/>
        <w:jc w:val="both"/>
        <w:rPr>
          <w:rFonts w:ascii="Calibri" w:hAnsi="Calibri" w:cs="Calibri"/>
        </w:rPr>
      </w:pPr>
      <w:r w:rsidRPr="00440173">
        <w:rPr>
          <w:rFonts w:ascii="Calibri" w:hAnsi="Calibri" w:cs="Calibri"/>
        </w:rPr>
        <w:t>- Professor</w:t>
      </w:r>
    </w:p>
    <w:p w14:paraId="4F85FD48" w14:textId="463369A2" w:rsidR="00E03324" w:rsidRPr="00440173" w:rsidRDefault="00D17C09" w:rsidP="000F7FF9">
      <w:pPr>
        <w:spacing w:after="0" w:line="240" w:lineRule="auto"/>
        <w:ind w:left="-709" w:right="-716"/>
        <w:jc w:val="both"/>
        <w:rPr>
          <w:rFonts w:ascii="Calibri" w:hAnsi="Calibri" w:cs="Calibri"/>
        </w:rPr>
      </w:pPr>
      <w:r w:rsidRPr="00440173">
        <w:rPr>
          <w:rFonts w:ascii="Calibri" w:hAnsi="Calibri" w:cs="Calibri"/>
        </w:rPr>
        <w:t>Group</w:t>
      </w:r>
      <w:r w:rsidR="00B2522A" w:rsidRPr="00B2522A">
        <w:rPr>
          <w:rFonts w:ascii="Calibri" w:hAnsi="Calibri" w:cs="Calibri"/>
          <w:color w:val="EE0000"/>
        </w:rPr>
        <w:t>*</w:t>
      </w:r>
      <w:r w:rsidR="00B2522A">
        <w:rPr>
          <w:rFonts w:ascii="Calibri" w:hAnsi="Calibri" w:cs="Calibri"/>
        </w:rPr>
        <w:t xml:space="preserve"> </w:t>
      </w:r>
      <w:r w:rsidRPr="00440173">
        <w:rPr>
          <w:rFonts w:ascii="Calibri" w:hAnsi="Calibri" w:cs="Calibri"/>
        </w:rPr>
        <w:t>:</w:t>
      </w:r>
    </w:p>
    <w:p w14:paraId="62528354" w14:textId="77777777" w:rsidR="00E03324" w:rsidRPr="00440173" w:rsidRDefault="00D17C09" w:rsidP="000F7FF9">
      <w:pPr>
        <w:spacing w:after="0" w:line="240" w:lineRule="auto"/>
        <w:ind w:left="-709" w:right="-716"/>
        <w:jc w:val="both"/>
        <w:rPr>
          <w:rFonts w:ascii="Calibri" w:hAnsi="Calibri" w:cs="Calibri"/>
        </w:rPr>
      </w:pPr>
      <w:r w:rsidRPr="00440173">
        <w:rPr>
          <w:rFonts w:ascii="Calibri" w:hAnsi="Calibri" w:cs="Calibri"/>
        </w:rPr>
        <w:t>- Research and teaching staff</w:t>
      </w:r>
    </w:p>
    <w:p w14:paraId="128514FF" w14:textId="77777777" w:rsidR="00E03324" w:rsidRPr="00440173" w:rsidRDefault="00D17C09" w:rsidP="000F7FF9">
      <w:pPr>
        <w:spacing w:after="0" w:line="240" w:lineRule="auto"/>
        <w:ind w:left="-709" w:right="-716"/>
        <w:jc w:val="both"/>
        <w:rPr>
          <w:rFonts w:ascii="Calibri" w:hAnsi="Calibri" w:cs="Calibri"/>
        </w:rPr>
      </w:pPr>
      <w:r w:rsidRPr="00440173">
        <w:rPr>
          <w:rFonts w:ascii="Calibri" w:hAnsi="Calibri" w:cs="Calibri"/>
        </w:rPr>
        <w:t>- Research staff</w:t>
      </w:r>
    </w:p>
    <w:p w14:paraId="16832832" w14:textId="77777777" w:rsidR="00E03324" w:rsidRPr="00440173" w:rsidRDefault="00D17C09" w:rsidP="000F7FF9">
      <w:pPr>
        <w:spacing w:after="0" w:line="240" w:lineRule="auto"/>
        <w:ind w:left="-709" w:right="-716"/>
        <w:jc w:val="both"/>
        <w:rPr>
          <w:rFonts w:ascii="Calibri" w:hAnsi="Calibri" w:cs="Calibri"/>
        </w:rPr>
      </w:pPr>
      <w:r w:rsidRPr="00440173">
        <w:rPr>
          <w:rFonts w:ascii="Calibri" w:hAnsi="Calibri" w:cs="Calibri"/>
        </w:rPr>
        <w:t>- Teaching staff</w:t>
      </w:r>
    </w:p>
    <w:p w14:paraId="40A9CA6D" w14:textId="77777777" w:rsidR="00E03324" w:rsidRPr="00440173" w:rsidRDefault="00E03324" w:rsidP="000F7FF9">
      <w:pPr>
        <w:spacing w:after="0" w:line="240" w:lineRule="auto"/>
        <w:ind w:left="-709" w:right="-716"/>
        <w:jc w:val="both"/>
        <w:rPr>
          <w:rFonts w:ascii="Calibri" w:hAnsi="Calibri" w:cs="Calibri"/>
        </w:rPr>
      </w:pPr>
    </w:p>
    <w:p w14:paraId="1C1E0A27" w14:textId="3D685068" w:rsidR="00E03324" w:rsidRPr="00440173" w:rsidRDefault="00D17C09" w:rsidP="000F7FF9">
      <w:pPr>
        <w:spacing w:after="0" w:line="240" w:lineRule="auto"/>
        <w:ind w:left="-709" w:right="-716"/>
        <w:jc w:val="both"/>
        <w:rPr>
          <w:rFonts w:ascii="Calibri" w:hAnsi="Calibri" w:cs="Calibri"/>
        </w:rPr>
      </w:pPr>
      <w:r w:rsidRPr="00440173">
        <w:rPr>
          <w:rFonts w:ascii="Calibri" w:hAnsi="Calibri" w:cs="Calibri"/>
        </w:rPr>
        <w:t>PART I. ETHICAL AND PROFESSIONAL ASPECTS</w:t>
      </w:r>
    </w:p>
    <w:p w14:paraId="47782939" w14:textId="3AEAF5C5" w:rsidR="00E03324" w:rsidRDefault="00D17C09" w:rsidP="000F7FF9">
      <w:pPr>
        <w:pStyle w:val="Akapitzlist"/>
        <w:numPr>
          <w:ilvl w:val="0"/>
          <w:numId w:val="11"/>
        </w:numPr>
        <w:spacing w:after="0" w:line="240" w:lineRule="auto"/>
        <w:ind w:left="-709" w:right="-716"/>
        <w:jc w:val="both"/>
        <w:rPr>
          <w:rFonts w:ascii="Calibri" w:hAnsi="Calibri" w:cs="Calibri"/>
        </w:rPr>
      </w:pPr>
      <w:r w:rsidRPr="00155F81">
        <w:rPr>
          <w:rFonts w:ascii="Calibri" w:hAnsi="Calibri" w:cs="Calibri"/>
        </w:rPr>
        <w:t>While conducting scientific research at UITM, I am free to follow my own convictions and express my opinions</w:t>
      </w:r>
      <w:r w:rsidR="00DC00BF" w:rsidRPr="00B2522A">
        <w:rPr>
          <w:rFonts w:ascii="Calibri" w:hAnsi="Calibri" w:cs="Calibri"/>
          <w:color w:val="EE0000"/>
        </w:rPr>
        <w:t>*</w:t>
      </w:r>
      <w:r w:rsidRPr="00155F81">
        <w:rPr>
          <w:rFonts w:ascii="Calibri" w:hAnsi="Calibri" w:cs="Calibri"/>
        </w:rPr>
        <w:t>.</w:t>
      </w:r>
    </w:p>
    <w:p w14:paraId="0E354CC6" w14:textId="77777777" w:rsidR="00155F81" w:rsidRPr="00155F81" w:rsidRDefault="00155F81" w:rsidP="000F7FF9">
      <w:pPr>
        <w:pStyle w:val="Akapitzlist"/>
        <w:spacing w:after="0" w:line="240" w:lineRule="auto"/>
        <w:ind w:left="-709" w:right="-716"/>
        <w:jc w:val="both"/>
        <w:rPr>
          <w:rFonts w:ascii="Calibri" w:hAnsi="Calibri" w:cs="Calibri"/>
        </w:rPr>
      </w:pPr>
      <w:r w:rsidRPr="00155F81">
        <w:rPr>
          <w:rFonts w:ascii="Calibri" w:hAnsi="Calibri" w:cs="Calibri"/>
        </w:rPr>
        <w:t xml:space="preserve">Strongly agree </w:t>
      </w:r>
    </w:p>
    <w:p w14:paraId="2DCEF2F1" w14:textId="77777777" w:rsidR="00155F81" w:rsidRPr="00155F81" w:rsidRDefault="00155F81" w:rsidP="000F7FF9">
      <w:pPr>
        <w:pStyle w:val="Akapitzlist"/>
        <w:spacing w:after="0" w:line="240" w:lineRule="auto"/>
        <w:ind w:left="-709" w:right="-716"/>
        <w:jc w:val="both"/>
        <w:rPr>
          <w:rFonts w:ascii="Calibri" w:hAnsi="Calibri" w:cs="Calibri"/>
        </w:rPr>
      </w:pPr>
      <w:r w:rsidRPr="00155F81">
        <w:rPr>
          <w:rFonts w:ascii="Calibri" w:hAnsi="Calibri" w:cs="Calibri"/>
        </w:rPr>
        <w:t xml:space="preserve">Agree </w:t>
      </w:r>
    </w:p>
    <w:p w14:paraId="774AC510" w14:textId="77777777" w:rsidR="00155F81" w:rsidRPr="00155F81" w:rsidRDefault="00155F81" w:rsidP="000F7FF9">
      <w:pPr>
        <w:pStyle w:val="Akapitzlist"/>
        <w:spacing w:after="0" w:line="240" w:lineRule="auto"/>
        <w:ind w:left="-709" w:right="-716"/>
        <w:jc w:val="both"/>
        <w:rPr>
          <w:rFonts w:ascii="Calibri" w:hAnsi="Calibri" w:cs="Calibri"/>
        </w:rPr>
      </w:pPr>
      <w:r w:rsidRPr="00155F81">
        <w:rPr>
          <w:rFonts w:ascii="Calibri" w:hAnsi="Calibri" w:cs="Calibri"/>
        </w:rPr>
        <w:t xml:space="preserve">Difficult to say </w:t>
      </w:r>
    </w:p>
    <w:p w14:paraId="0A76FBE4" w14:textId="77777777" w:rsidR="00155F81" w:rsidRPr="00155F81" w:rsidRDefault="00155F81" w:rsidP="000F7FF9">
      <w:pPr>
        <w:pStyle w:val="Akapitzlist"/>
        <w:spacing w:after="0" w:line="240" w:lineRule="auto"/>
        <w:ind w:left="-709" w:right="-716"/>
        <w:jc w:val="both"/>
        <w:rPr>
          <w:rFonts w:ascii="Calibri" w:hAnsi="Calibri" w:cs="Calibri"/>
        </w:rPr>
      </w:pPr>
      <w:r w:rsidRPr="00155F81">
        <w:rPr>
          <w:rFonts w:ascii="Calibri" w:hAnsi="Calibri" w:cs="Calibri"/>
        </w:rPr>
        <w:t xml:space="preserve">Disagree </w:t>
      </w:r>
    </w:p>
    <w:p w14:paraId="7146E86A" w14:textId="11A9FDB9" w:rsidR="00155F81" w:rsidRPr="00155F81" w:rsidRDefault="00155F81" w:rsidP="000F7FF9">
      <w:pPr>
        <w:pStyle w:val="Akapitzlist"/>
        <w:spacing w:after="0" w:line="240" w:lineRule="auto"/>
        <w:ind w:left="-709" w:right="-716"/>
        <w:jc w:val="both"/>
        <w:rPr>
          <w:rFonts w:ascii="Calibri" w:hAnsi="Calibri" w:cs="Calibri"/>
        </w:rPr>
      </w:pPr>
      <w:r w:rsidRPr="00155F81">
        <w:rPr>
          <w:rFonts w:ascii="Calibri" w:hAnsi="Calibri" w:cs="Calibri"/>
        </w:rPr>
        <w:t>Strongly disagree</w:t>
      </w:r>
    </w:p>
    <w:p w14:paraId="67D24C3E" w14:textId="075A55D5" w:rsidR="00E03324" w:rsidRPr="00155F81" w:rsidRDefault="00D17C09" w:rsidP="000F7FF9">
      <w:pPr>
        <w:pStyle w:val="Akapitzlist"/>
        <w:numPr>
          <w:ilvl w:val="0"/>
          <w:numId w:val="11"/>
        </w:numPr>
        <w:spacing w:after="0" w:line="240" w:lineRule="auto"/>
        <w:ind w:left="-709" w:right="-716"/>
        <w:jc w:val="both"/>
        <w:rPr>
          <w:rFonts w:ascii="Calibri" w:hAnsi="Calibri" w:cs="Calibri"/>
        </w:rPr>
      </w:pPr>
      <w:r w:rsidRPr="00155F81">
        <w:rPr>
          <w:rFonts w:ascii="Calibri" w:hAnsi="Calibri" w:cs="Calibri"/>
        </w:rPr>
        <w:t>Ethical standards, principles, and practices are respected in work and scientific research conducted at UITM</w:t>
      </w:r>
      <w:r w:rsidR="00DC00BF" w:rsidRPr="00DC00BF">
        <w:rPr>
          <w:rFonts w:ascii="Calibri" w:hAnsi="Calibri" w:cs="Calibri"/>
          <w:color w:val="EE0000"/>
        </w:rPr>
        <w:t>*</w:t>
      </w:r>
      <w:r w:rsidRPr="00155F81">
        <w:rPr>
          <w:rFonts w:ascii="Calibri" w:hAnsi="Calibri" w:cs="Calibri"/>
        </w:rPr>
        <w:t>.</w:t>
      </w:r>
    </w:p>
    <w:p w14:paraId="5A4BB5DC" w14:textId="77777777" w:rsidR="00155F81" w:rsidRPr="00155F81" w:rsidRDefault="00155F81" w:rsidP="000F7FF9">
      <w:pPr>
        <w:pStyle w:val="Akapitzlist"/>
        <w:spacing w:after="0" w:line="240" w:lineRule="auto"/>
        <w:ind w:left="-709" w:right="-716"/>
        <w:jc w:val="both"/>
        <w:rPr>
          <w:rFonts w:ascii="Calibri" w:hAnsi="Calibri" w:cs="Calibri"/>
        </w:rPr>
      </w:pPr>
      <w:r w:rsidRPr="00155F81">
        <w:rPr>
          <w:rFonts w:ascii="Calibri" w:hAnsi="Calibri" w:cs="Calibri"/>
        </w:rPr>
        <w:t xml:space="preserve">Strongly agree </w:t>
      </w:r>
    </w:p>
    <w:p w14:paraId="258CABF0" w14:textId="77777777" w:rsidR="00155F81" w:rsidRPr="00155F81" w:rsidRDefault="00155F81" w:rsidP="000F7FF9">
      <w:pPr>
        <w:pStyle w:val="Akapitzlist"/>
        <w:spacing w:after="0" w:line="240" w:lineRule="auto"/>
        <w:ind w:left="-709" w:right="-716"/>
        <w:jc w:val="both"/>
        <w:rPr>
          <w:rFonts w:ascii="Calibri" w:hAnsi="Calibri" w:cs="Calibri"/>
        </w:rPr>
      </w:pPr>
      <w:r w:rsidRPr="00155F81">
        <w:rPr>
          <w:rFonts w:ascii="Calibri" w:hAnsi="Calibri" w:cs="Calibri"/>
        </w:rPr>
        <w:t xml:space="preserve">Agree </w:t>
      </w:r>
    </w:p>
    <w:p w14:paraId="20ACE90F" w14:textId="77777777" w:rsidR="00155F81" w:rsidRPr="00155F81" w:rsidRDefault="00155F81" w:rsidP="000F7FF9">
      <w:pPr>
        <w:pStyle w:val="Akapitzlist"/>
        <w:spacing w:after="0" w:line="240" w:lineRule="auto"/>
        <w:ind w:left="-709" w:right="-716"/>
        <w:jc w:val="both"/>
        <w:rPr>
          <w:rFonts w:ascii="Calibri" w:hAnsi="Calibri" w:cs="Calibri"/>
        </w:rPr>
      </w:pPr>
      <w:r w:rsidRPr="00155F81">
        <w:rPr>
          <w:rFonts w:ascii="Calibri" w:hAnsi="Calibri" w:cs="Calibri"/>
        </w:rPr>
        <w:t xml:space="preserve">Difficult to say </w:t>
      </w:r>
    </w:p>
    <w:p w14:paraId="2475BA3E" w14:textId="77777777" w:rsidR="00155F81" w:rsidRPr="00155F81" w:rsidRDefault="00155F81" w:rsidP="000F7FF9">
      <w:pPr>
        <w:pStyle w:val="Akapitzlist"/>
        <w:spacing w:after="0" w:line="240" w:lineRule="auto"/>
        <w:ind w:left="-709" w:right="-716"/>
        <w:jc w:val="both"/>
        <w:rPr>
          <w:rFonts w:ascii="Calibri" w:hAnsi="Calibri" w:cs="Calibri"/>
        </w:rPr>
      </w:pPr>
      <w:r w:rsidRPr="00155F81">
        <w:rPr>
          <w:rFonts w:ascii="Calibri" w:hAnsi="Calibri" w:cs="Calibri"/>
        </w:rPr>
        <w:t xml:space="preserve">Disagree </w:t>
      </w:r>
    </w:p>
    <w:p w14:paraId="1A278BDC" w14:textId="5376B58A" w:rsidR="00155F81" w:rsidRPr="00155F81" w:rsidRDefault="00155F81" w:rsidP="000F7FF9">
      <w:pPr>
        <w:pStyle w:val="Akapitzlist"/>
        <w:spacing w:after="0" w:line="240" w:lineRule="auto"/>
        <w:ind w:left="-709" w:right="-716"/>
        <w:jc w:val="both"/>
        <w:rPr>
          <w:rFonts w:ascii="Calibri" w:hAnsi="Calibri" w:cs="Calibri"/>
        </w:rPr>
      </w:pPr>
      <w:r w:rsidRPr="00155F81">
        <w:rPr>
          <w:rFonts w:ascii="Calibri" w:hAnsi="Calibri" w:cs="Calibri"/>
        </w:rPr>
        <w:t>Strongly disagree</w:t>
      </w:r>
    </w:p>
    <w:p w14:paraId="09C3CCE1" w14:textId="4C0C6E22" w:rsidR="00E03324" w:rsidRPr="00155F81" w:rsidRDefault="00D17C09" w:rsidP="000F7FF9">
      <w:pPr>
        <w:pStyle w:val="Akapitzlist"/>
        <w:numPr>
          <w:ilvl w:val="0"/>
          <w:numId w:val="11"/>
        </w:numPr>
        <w:spacing w:after="0" w:line="240" w:lineRule="auto"/>
        <w:ind w:left="-709" w:right="-716"/>
        <w:jc w:val="both"/>
        <w:rPr>
          <w:rFonts w:ascii="Calibri" w:hAnsi="Calibri" w:cs="Calibri"/>
        </w:rPr>
      </w:pPr>
      <w:r w:rsidRPr="00155F81">
        <w:rPr>
          <w:rFonts w:ascii="Calibri" w:hAnsi="Calibri" w:cs="Calibri"/>
        </w:rPr>
        <w:t>Research conducted at the university is of significant importance to society</w:t>
      </w:r>
      <w:r w:rsidR="00DC00BF" w:rsidRPr="00DC00BF">
        <w:rPr>
          <w:rFonts w:ascii="Calibri" w:hAnsi="Calibri" w:cs="Calibri"/>
          <w:color w:val="EE0000"/>
        </w:rPr>
        <w:t>*</w:t>
      </w:r>
      <w:r w:rsidRPr="00155F81">
        <w:rPr>
          <w:rFonts w:ascii="Calibri" w:hAnsi="Calibri" w:cs="Calibri"/>
        </w:rPr>
        <w:t>.</w:t>
      </w:r>
    </w:p>
    <w:p w14:paraId="04A814E6" w14:textId="77777777" w:rsidR="00155F81" w:rsidRPr="00155F81" w:rsidRDefault="00155F81" w:rsidP="000F7FF9">
      <w:pPr>
        <w:pStyle w:val="Akapitzlist"/>
        <w:spacing w:after="0" w:line="240" w:lineRule="auto"/>
        <w:ind w:left="-709" w:right="-716"/>
        <w:jc w:val="both"/>
        <w:rPr>
          <w:rFonts w:ascii="Calibri" w:hAnsi="Calibri" w:cs="Calibri"/>
        </w:rPr>
      </w:pPr>
      <w:r w:rsidRPr="00155F81">
        <w:rPr>
          <w:rFonts w:ascii="Calibri" w:hAnsi="Calibri" w:cs="Calibri"/>
        </w:rPr>
        <w:t xml:space="preserve">Strongly agree </w:t>
      </w:r>
    </w:p>
    <w:p w14:paraId="3F365BB3" w14:textId="77777777" w:rsidR="00155F81" w:rsidRPr="00155F81" w:rsidRDefault="00155F81" w:rsidP="000F7FF9">
      <w:pPr>
        <w:pStyle w:val="Akapitzlist"/>
        <w:spacing w:after="0" w:line="240" w:lineRule="auto"/>
        <w:ind w:left="-709" w:right="-716"/>
        <w:jc w:val="both"/>
        <w:rPr>
          <w:rFonts w:ascii="Calibri" w:hAnsi="Calibri" w:cs="Calibri"/>
        </w:rPr>
      </w:pPr>
      <w:r w:rsidRPr="00155F81">
        <w:rPr>
          <w:rFonts w:ascii="Calibri" w:hAnsi="Calibri" w:cs="Calibri"/>
        </w:rPr>
        <w:t xml:space="preserve">Agree </w:t>
      </w:r>
    </w:p>
    <w:p w14:paraId="2368B8F2" w14:textId="77777777" w:rsidR="00155F81" w:rsidRPr="00155F81" w:rsidRDefault="00155F81" w:rsidP="000F7FF9">
      <w:pPr>
        <w:pStyle w:val="Akapitzlist"/>
        <w:spacing w:after="0" w:line="240" w:lineRule="auto"/>
        <w:ind w:left="-709" w:right="-716"/>
        <w:jc w:val="both"/>
        <w:rPr>
          <w:rFonts w:ascii="Calibri" w:hAnsi="Calibri" w:cs="Calibri"/>
        </w:rPr>
      </w:pPr>
      <w:r w:rsidRPr="00155F81">
        <w:rPr>
          <w:rFonts w:ascii="Calibri" w:hAnsi="Calibri" w:cs="Calibri"/>
        </w:rPr>
        <w:t xml:space="preserve">Difficult to say </w:t>
      </w:r>
    </w:p>
    <w:p w14:paraId="038BEA5E" w14:textId="77777777" w:rsidR="00155F81" w:rsidRPr="00155F81" w:rsidRDefault="00155F81" w:rsidP="000F7FF9">
      <w:pPr>
        <w:pStyle w:val="Akapitzlist"/>
        <w:spacing w:after="0" w:line="240" w:lineRule="auto"/>
        <w:ind w:left="-709" w:right="-716"/>
        <w:jc w:val="both"/>
        <w:rPr>
          <w:rFonts w:ascii="Calibri" w:hAnsi="Calibri" w:cs="Calibri"/>
        </w:rPr>
      </w:pPr>
      <w:r w:rsidRPr="00155F81">
        <w:rPr>
          <w:rFonts w:ascii="Calibri" w:hAnsi="Calibri" w:cs="Calibri"/>
        </w:rPr>
        <w:t xml:space="preserve">Disagree </w:t>
      </w:r>
    </w:p>
    <w:p w14:paraId="2608D819" w14:textId="29AAD272" w:rsidR="00155F81" w:rsidRPr="00155F81" w:rsidRDefault="00155F81" w:rsidP="000F7FF9">
      <w:pPr>
        <w:pStyle w:val="Akapitzlist"/>
        <w:spacing w:after="0" w:line="240" w:lineRule="auto"/>
        <w:ind w:left="-709" w:right="-716"/>
        <w:jc w:val="both"/>
        <w:rPr>
          <w:rFonts w:ascii="Calibri" w:hAnsi="Calibri" w:cs="Calibri"/>
        </w:rPr>
      </w:pPr>
      <w:r w:rsidRPr="00155F81">
        <w:rPr>
          <w:rFonts w:ascii="Calibri" w:hAnsi="Calibri" w:cs="Calibri"/>
        </w:rPr>
        <w:t>Strongly disagree</w:t>
      </w:r>
    </w:p>
    <w:p w14:paraId="37978BDC" w14:textId="192D60C9" w:rsidR="00E03324" w:rsidRPr="00155F81" w:rsidRDefault="00D17C09" w:rsidP="000F7FF9">
      <w:pPr>
        <w:pStyle w:val="Akapitzlist"/>
        <w:numPr>
          <w:ilvl w:val="0"/>
          <w:numId w:val="11"/>
        </w:numPr>
        <w:spacing w:after="0" w:line="240" w:lineRule="auto"/>
        <w:ind w:left="-709" w:right="-716"/>
        <w:jc w:val="both"/>
        <w:rPr>
          <w:rFonts w:ascii="Calibri" w:hAnsi="Calibri" w:cs="Calibri"/>
        </w:rPr>
      </w:pPr>
      <w:r w:rsidRPr="00155F81">
        <w:rPr>
          <w:rFonts w:ascii="Calibri" w:hAnsi="Calibri" w:cs="Calibri"/>
        </w:rPr>
        <w:t>The university supports researchers in obtaining funding for scientific research (including formal support and pre-financing)</w:t>
      </w:r>
      <w:r w:rsidR="00DC00BF" w:rsidRPr="00DC00BF">
        <w:t xml:space="preserve"> </w:t>
      </w:r>
      <w:r w:rsidR="00DC00BF" w:rsidRPr="00DC00BF">
        <w:rPr>
          <w:rFonts w:ascii="Calibri" w:hAnsi="Calibri" w:cs="Calibri"/>
          <w:color w:val="EE0000"/>
        </w:rPr>
        <w:t>*</w:t>
      </w:r>
      <w:r w:rsidRPr="00155F81">
        <w:rPr>
          <w:rFonts w:ascii="Calibri" w:hAnsi="Calibri" w:cs="Calibri"/>
        </w:rPr>
        <w:t>.</w:t>
      </w:r>
    </w:p>
    <w:p w14:paraId="5787B71B" w14:textId="77777777" w:rsidR="00155F81" w:rsidRPr="00155F81" w:rsidRDefault="00155F81" w:rsidP="000F7FF9">
      <w:pPr>
        <w:pStyle w:val="Akapitzlist"/>
        <w:spacing w:after="0" w:line="240" w:lineRule="auto"/>
        <w:ind w:left="-709" w:right="-716"/>
        <w:jc w:val="both"/>
        <w:rPr>
          <w:rFonts w:ascii="Calibri" w:hAnsi="Calibri" w:cs="Calibri"/>
        </w:rPr>
      </w:pPr>
      <w:r w:rsidRPr="00155F81">
        <w:rPr>
          <w:rFonts w:ascii="Calibri" w:hAnsi="Calibri" w:cs="Calibri"/>
        </w:rPr>
        <w:t xml:space="preserve">Strongly agree </w:t>
      </w:r>
    </w:p>
    <w:p w14:paraId="0C8858C9" w14:textId="77777777" w:rsidR="00155F81" w:rsidRPr="00155F81" w:rsidRDefault="00155F81" w:rsidP="000F7FF9">
      <w:pPr>
        <w:pStyle w:val="Akapitzlist"/>
        <w:spacing w:after="0" w:line="240" w:lineRule="auto"/>
        <w:ind w:left="-709" w:right="-716"/>
        <w:jc w:val="both"/>
        <w:rPr>
          <w:rFonts w:ascii="Calibri" w:hAnsi="Calibri" w:cs="Calibri"/>
        </w:rPr>
      </w:pPr>
      <w:r w:rsidRPr="00155F81">
        <w:rPr>
          <w:rFonts w:ascii="Calibri" w:hAnsi="Calibri" w:cs="Calibri"/>
        </w:rPr>
        <w:t xml:space="preserve">Agree </w:t>
      </w:r>
    </w:p>
    <w:p w14:paraId="65C2BF8E" w14:textId="77777777" w:rsidR="00155F81" w:rsidRPr="00155F81" w:rsidRDefault="00155F81" w:rsidP="000F7FF9">
      <w:pPr>
        <w:pStyle w:val="Akapitzlist"/>
        <w:spacing w:after="0" w:line="240" w:lineRule="auto"/>
        <w:ind w:left="-709" w:right="-716"/>
        <w:jc w:val="both"/>
        <w:rPr>
          <w:rFonts w:ascii="Calibri" w:hAnsi="Calibri" w:cs="Calibri"/>
        </w:rPr>
      </w:pPr>
      <w:r w:rsidRPr="00155F81">
        <w:rPr>
          <w:rFonts w:ascii="Calibri" w:hAnsi="Calibri" w:cs="Calibri"/>
        </w:rPr>
        <w:t xml:space="preserve">Difficult to say </w:t>
      </w:r>
    </w:p>
    <w:p w14:paraId="7B3B8EB0" w14:textId="77777777" w:rsidR="00155F81" w:rsidRPr="00155F81" w:rsidRDefault="00155F81" w:rsidP="000F7FF9">
      <w:pPr>
        <w:pStyle w:val="Akapitzlist"/>
        <w:spacing w:after="0" w:line="240" w:lineRule="auto"/>
        <w:ind w:left="-709" w:right="-716"/>
        <w:jc w:val="both"/>
        <w:rPr>
          <w:rFonts w:ascii="Calibri" w:hAnsi="Calibri" w:cs="Calibri"/>
        </w:rPr>
      </w:pPr>
      <w:r w:rsidRPr="00155F81">
        <w:rPr>
          <w:rFonts w:ascii="Calibri" w:hAnsi="Calibri" w:cs="Calibri"/>
        </w:rPr>
        <w:t xml:space="preserve">Disagree </w:t>
      </w:r>
    </w:p>
    <w:p w14:paraId="64AB318C" w14:textId="36DDE98E" w:rsidR="00155F81" w:rsidRPr="00155F81" w:rsidRDefault="00155F81" w:rsidP="000F7FF9">
      <w:pPr>
        <w:pStyle w:val="Akapitzlist"/>
        <w:spacing w:after="0" w:line="240" w:lineRule="auto"/>
        <w:ind w:left="-709" w:right="-716"/>
        <w:jc w:val="both"/>
        <w:rPr>
          <w:rFonts w:ascii="Calibri" w:hAnsi="Calibri" w:cs="Calibri"/>
        </w:rPr>
      </w:pPr>
      <w:r w:rsidRPr="00155F81">
        <w:rPr>
          <w:rFonts w:ascii="Calibri" w:hAnsi="Calibri" w:cs="Calibri"/>
        </w:rPr>
        <w:t>Strongly disagree</w:t>
      </w:r>
    </w:p>
    <w:p w14:paraId="4BDD52A2" w14:textId="5FE8A688" w:rsidR="00E03324" w:rsidRPr="00155F81" w:rsidRDefault="00D17C09" w:rsidP="000F7FF9">
      <w:pPr>
        <w:pStyle w:val="Akapitzlist"/>
        <w:numPr>
          <w:ilvl w:val="0"/>
          <w:numId w:val="11"/>
        </w:numPr>
        <w:spacing w:after="0" w:line="240" w:lineRule="auto"/>
        <w:ind w:left="-709" w:right="-716"/>
        <w:jc w:val="both"/>
        <w:rPr>
          <w:rFonts w:ascii="Calibri" w:hAnsi="Calibri" w:cs="Calibri"/>
        </w:rPr>
      </w:pPr>
      <w:r w:rsidRPr="00155F81">
        <w:rPr>
          <w:rFonts w:ascii="Calibri" w:hAnsi="Calibri" w:cs="Calibri"/>
        </w:rPr>
        <w:t>The university supports researchers in understanding national, sectoral, and institutional regulations governing working conditions</w:t>
      </w:r>
      <w:r w:rsidR="00DC00BF" w:rsidRPr="00DC00BF">
        <w:rPr>
          <w:rFonts w:ascii="Calibri" w:hAnsi="Calibri" w:cs="Calibri"/>
          <w:color w:val="EE0000"/>
        </w:rPr>
        <w:t>*</w:t>
      </w:r>
      <w:r w:rsidRPr="00155F81">
        <w:rPr>
          <w:rFonts w:ascii="Calibri" w:hAnsi="Calibri" w:cs="Calibri"/>
        </w:rPr>
        <w:t>.</w:t>
      </w:r>
    </w:p>
    <w:p w14:paraId="011065A2" w14:textId="77777777" w:rsidR="00155F81" w:rsidRPr="00155F81" w:rsidRDefault="00155F81" w:rsidP="000F7FF9">
      <w:pPr>
        <w:pStyle w:val="Akapitzlist"/>
        <w:spacing w:after="0" w:line="240" w:lineRule="auto"/>
        <w:ind w:left="-709" w:right="-716"/>
        <w:jc w:val="both"/>
        <w:rPr>
          <w:rFonts w:ascii="Calibri" w:hAnsi="Calibri" w:cs="Calibri"/>
        </w:rPr>
      </w:pPr>
      <w:r w:rsidRPr="00155F81">
        <w:rPr>
          <w:rFonts w:ascii="Calibri" w:hAnsi="Calibri" w:cs="Calibri"/>
        </w:rPr>
        <w:t xml:space="preserve">Strongly agree </w:t>
      </w:r>
    </w:p>
    <w:p w14:paraId="6D1796A5" w14:textId="77777777" w:rsidR="00155F81" w:rsidRPr="00155F81" w:rsidRDefault="00155F81" w:rsidP="000F7FF9">
      <w:pPr>
        <w:pStyle w:val="Akapitzlist"/>
        <w:spacing w:after="0" w:line="240" w:lineRule="auto"/>
        <w:ind w:left="-709" w:right="-716"/>
        <w:jc w:val="both"/>
        <w:rPr>
          <w:rFonts w:ascii="Calibri" w:hAnsi="Calibri" w:cs="Calibri"/>
        </w:rPr>
      </w:pPr>
      <w:r w:rsidRPr="00155F81">
        <w:rPr>
          <w:rFonts w:ascii="Calibri" w:hAnsi="Calibri" w:cs="Calibri"/>
        </w:rPr>
        <w:t xml:space="preserve">Agree </w:t>
      </w:r>
    </w:p>
    <w:p w14:paraId="3CFB2AE2" w14:textId="77777777" w:rsidR="00155F81" w:rsidRPr="00155F81" w:rsidRDefault="00155F81" w:rsidP="000F7FF9">
      <w:pPr>
        <w:pStyle w:val="Akapitzlist"/>
        <w:spacing w:after="0" w:line="240" w:lineRule="auto"/>
        <w:ind w:left="-709" w:right="-716"/>
        <w:jc w:val="both"/>
        <w:rPr>
          <w:rFonts w:ascii="Calibri" w:hAnsi="Calibri" w:cs="Calibri"/>
        </w:rPr>
      </w:pPr>
      <w:r w:rsidRPr="00155F81">
        <w:rPr>
          <w:rFonts w:ascii="Calibri" w:hAnsi="Calibri" w:cs="Calibri"/>
        </w:rPr>
        <w:t xml:space="preserve">Difficult to say </w:t>
      </w:r>
    </w:p>
    <w:p w14:paraId="0AA8F78C" w14:textId="77777777" w:rsidR="00155F81" w:rsidRPr="00155F81" w:rsidRDefault="00155F81" w:rsidP="000F7FF9">
      <w:pPr>
        <w:pStyle w:val="Akapitzlist"/>
        <w:spacing w:after="0" w:line="240" w:lineRule="auto"/>
        <w:ind w:left="-709" w:right="-716"/>
        <w:jc w:val="both"/>
        <w:rPr>
          <w:rFonts w:ascii="Calibri" w:hAnsi="Calibri" w:cs="Calibri"/>
        </w:rPr>
      </w:pPr>
      <w:r w:rsidRPr="00155F81">
        <w:rPr>
          <w:rFonts w:ascii="Calibri" w:hAnsi="Calibri" w:cs="Calibri"/>
        </w:rPr>
        <w:t xml:space="preserve">Disagree </w:t>
      </w:r>
    </w:p>
    <w:p w14:paraId="437CC561" w14:textId="0F2D685D" w:rsidR="00155F81" w:rsidRPr="00155F81" w:rsidRDefault="00155F81" w:rsidP="000F7FF9">
      <w:pPr>
        <w:pStyle w:val="Akapitzlist"/>
        <w:spacing w:after="0" w:line="240" w:lineRule="auto"/>
        <w:ind w:left="-709" w:right="-716"/>
        <w:jc w:val="both"/>
        <w:rPr>
          <w:rFonts w:ascii="Calibri" w:hAnsi="Calibri" w:cs="Calibri"/>
        </w:rPr>
      </w:pPr>
      <w:r w:rsidRPr="00155F81">
        <w:rPr>
          <w:rFonts w:ascii="Calibri" w:hAnsi="Calibri" w:cs="Calibri"/>
        </w:rPr>
        <w:t>Strongly disagree</w:t>
      </w:r>
    </w:p>
    <w:p w14:paraId="04B7F748" w14:textId="36C4DC39" w:rsidR="00E03324" w:rsidRPr="00155F81" w:rsidRDefault="00D17C09" w:rsidP="000F7FF9">
      <w:pPr>
        <w:pStyle w:val="Akapitzlist"/>
        <w:numPr>
          <w:ilvl w:val="0"/>
          <w:numId w:val="11"/>
        </w:numPr>
        <w:spacing w:after="0" w:line="240" w:lineRule="auto"/>
        <w:ind w:left="-709" w:right="-716"/>
        <w:jc w:val="both"/>
        <w:rPr>
          <w:rFonts w:ascii="Calibri" w:hAnsi="Calibri" w:cs="Calibri"/>
        </w:rPr>
      </w:pPr>
      <w:r w:rsidRPr="00155F81">
        <w:rPr>
          <w:rFonts w:ascii="Calibri" w:hAnsi="Calibri" w:cs="Calibri"/>
        </w:rPr>
        <w:t>The university supervises researchers regarding responsibility for their work, particularly in the effective use of financial resources</w:t>
      </w:r>
      <w:r w:rsidR="00DC00BF" w:rsidRPr="00DC00BF">
        <w:rPr>
          <w:rFonts w:ascii="Calibri" w:hAnsi="Calibri" w:cs="Calibri"/>
          <w:color w:val="EE0000"/>
        </w:rPr>
        <w:t>*</w:t>
      </w:r>
      <w:r w:rsidRPr="00155F81">
        <w:rPr>
          <w:rFonts w:ascii="Calibri" w:hAnsi="Calibri" w:cs="Calibri"/>
        </w:rPr>
        <w:t>.</w:t>
      </w:r>
    </w:p>
    <w:p w14:paraId="7E196E04" w14:textId="77777777" w:rsidR="00155F81" w:rsidRPr="00155F81" w:rsidRDefault="00155F81" w:rsidP="000F7FF9">
      <w:pPr>
        <w:pStyle w:val="Akapitzlist"/>
        <w:spacing w:after="0" w:line="240" w:lineRule="auto"/>
        <w:ind w:left="-709" w:right="-716"/>
        <w:jc w:val="both"/>
        <w:rPr>
          <w:rFonts w:ascii="Calibri" w:hAnsi="Calibri" w:cs="Calibri"/>
        </w:rPr>
      </w:pPr>
      <w:r w:rsidRPr="00155F81">
        <w:rPr>
          <w:rFonts w:ascii="Calibri" w:hAnsi="Calibri" w:cs="Calibri"/>
        </w:rPr>
        <w:t xml:space="preserve">Strongly agree </w:t>
      </w:r>
    </w:p>
    <w:p w14:paraId="309E9D38" w14:textId="77777777" w:rsidR="00155F81" w:rsidRPr="00155F81" w:rsidRDefault="00155F81" w:rsidP="000F7FF9">
      <w:pPr>
        <w:pStyle w:val="Akapitzlist"/>
        <w:spacing w:after="0" w:line="240" w:lineRule="auto"/>
        <w:ind w:left="-709" w:right="-716"/>
        <w:jc w:val="both"/>
        <w:rPr>
          <w:rFonts w:ascii="Calibri" w:hAnsi="Calibri" w:cs="Calibri"/>
        </w:rPr>
      </w:pPr>
      <w:r w:rsidRPr="00155F81">
        <w:rPr>
          <w:rFonts w:ascii="Calibri" w:hAnsi="Calibri" w:cs="Calibri"/>
        </w:rPr>
        <w:lastRenderedPageBreak/>
        <w:t xml:space="preserve">Agree </w:t>
      </w:r>
    </w:p>
    <w:p w14:paraId="50023A4B" w14:textId="77777777" w:rsidR="00155F81" w:rsidRPr="00155F81" w:rsidRDefault="00155F81" w:rsidP="000F7FF9">
      <w:pPr>
        <w:pStyle w:val="Akapitzlist"/>
        <w:spacing w:after="0" w:line="240" w:lineRule="auto"/>
        <w:ind w:left="-709" w:right="-716"/>
        <w:jc w:val="both"/>
        <w:rPr>
          <w:rFonts w:ascii="Calibri" w:hAnsi="Calibri" w:cs="Calibri"/>
        </w:rPr>
      </w:pPr>
      <w:r w:rsidRPr="00155F81">
        <w:rPr>
          <w:rFonts w:ascii="Calibri" w:hAnsi="Calibri" w:cs="Calibri"/>
        </w:rPr>
        <w:t xml:space="preserve">Difficult to say </w:t>
      </w:r>
    </w:p>
    <w:p w14:paraId="00833DFF" w14:textId="77777777" w:rsidR="00155F81" w:rsidRPr="00155F81" w:rsidRDefault="00155F81" w:rsidP="000F7FF9">
      <w:pPr>
        <w:pStyle w:val="Akapitzlist"/>
        <w:spacing w:after="0" w:line="240" w:lineRule="auto"/>
        <w:ind w:left="-709" w:right="-716"/>
        <w:jc w:val="both"/>
        <w:rPr>
          <w:rFonts w:ascii="Calibri" w:hAnsi="Calibri" w:cs="Calibri"/>
        </w:rPr>
      </w:pPr>
      <w:r w:rsidRPr="00155F81">
        <w:rPr>
          <w:rFonts w:ascii="Calibri" w:hAnsi="Calibri" w:cs="Calibri"/>
        </w:rPr>
        <w:t xml:space="preserve">Disagree </w:t>
      </w:r>
    </w:p>
    <w:p w14:paraId="72D75ED1" w14:textId="45EDFE95" w:rsidR="00155F81" w:rsidRPr="00155F81" w:rsidRDefault="00155F81" w:rsidP="000F7FF9">
      <w:pPr>
        <w:pStyle w:val="Akapitzlist"/>
        <w:spacing w:after="0" w:line="240" w:lineRule="auto"/>
        <w:ind w:left="-709" w:right="-716"/>
        <w:jc w:val="both"/>
        <w:rPr>
          <w:rFonts w:ascii="Calibri" w:hAnsi="Calibri" w:cs="Calibri"/>
        </w:rPr>
      </w:pPr>
      <w:r w:rsidRPr="00155F81">
        <w:rPr>
          <w:rFonts w:ascii="Calibri" w:hAnsi="Calibri" w:cs="Calibri"/>
        </w:rPr>
        <w:t>Strongly disagree</w:t>
      </w:r>
    </w:p>
    <w:p w14:paraId="20964440" w14:textId="66938993" w:rsidR="00E03324" w:rsidRPr="00155F81" w:rsidRDefault="00D17C09" w:rsidP="000F7FF9">
      <w:pPr>
        <w:pStyle w:val="Akapitzlist"/>
        <w:numPr>
          <w:ilvl w:val="0"/>
          <w:numId w:val="11"/>
        </w:numPr>
        <w:spacing w:after="0" w:line="240" w:lineRule="auto"/>
        <w:ind w:left="-709" w:right="-716"/>
        <w:jc w:val="both"/>
        <w:rPr>
          <w:rFonts w:ascii="Calibri" w:hAnsi="Calibri" w:cs="Calibri"/>
        </w:rPr>
      </w:pPr>
      <w:r w:rsidRPr="00155F81">
        <w:rPr>
          <w:rFonts w:ascii="Calibri" w:hAnsi="Calibri" w:cs="Calibri"/>
        </w:rPr>
        <w:t>Research results are stored in a way that enables recovery of lost data, for example due to IT system failures</w:t>
      </w:r>
      <w:r w:rsidR="00DC00BF" w:rsidRPr="00DC00BF">
        <w:rPr>
          <w:rFonts w:ascii="Calibri" w:hAnsi="Calibri" w:cs="Calibri"/>
          <w:color w:val="EE0000"/>
        </w:rPr>
        <w:t>*</w:t>
      </w:r>
      <w:r w:rsidRPr="00155F81">
        <w:rPr>
          <w:rFonts w:ascii="Calibri" w:hAnsi="Calibri" w:cs="Calibri"/>
        </w:rPr>
        <w:t>.</w:t>
      </w:r>
    </w:p>
    <w:p w14:paraId="49F440C2" w14:textId="77777777" w:rsidR="00155F81" w:rsidRPr="00155F81" w:rsidRDefault="00155F81" w:rsidP="000F7FF9">
      <w:pPr>
        <w:pStyle w:val="Akapitzlist"/>
        <w:spacing w:after="0" w:line="240" w:lineRule="auto"/>
        <w:ind w:left="-709" w:right="-716"/>
        <w:jc w:val="both"/>
        <w:rPr>
          <w:rFonts w:ascii="Calibri" w:hAnsi="Calibri" w:cs="Calibri"/>
        </w:rPr>
      </w:pPr>
      <w:r w:rsidRPr="00155F81">
        <w:rPr>
          <w:rFonts w:ascii="Calibri" w:hAnsi="Calibri" w:cs="Calibri"/>
        </w:rPr>
        <w:t xml:space="preserve">Strongly agree </w:t>
      </w:r>
    </w:p>
    <w:p w14:paraId="3A653921" w14:textId="77777777" w:rsidR="00155F81" w:rsidRPr="00155F81" w:rsidRDefault="00155F81" w:rsidP="000F7FF9">
      <w:pPr>
        <w:pStyle w:val="Akapitzlist"/>
        <w:spacing w:after="0" w:line="240" w:lineRule="auto"/>
        <w:ind w:left="-709" w:right="-716"/>
        <w:jc w:val="both"/>
        <w:rPr>
          <w:rFonts w:ascii="Calibri" w:hAnsi="Calibri" w:cs="Calibri"/>
        </w:rPr>
      </w:pPr>
      <w:r w:rsidRPr="00155F81">
        <w:rPr>
          <w:rFonts w:ascii="Calibri" w:hAnsi="Calibri" w:cs="Calibri"/>
        </w:rPr>
        <w:t xml:space="preserve">Agree </w:t>
      </w:r>
    </w:p>
    <w:p w14:paraId="584D7AFB" w14:textId="77777777" w:rsidR="00155F81" w:rsidRPr="00155F81" w:rsidRDefault="00155F81" w:rsidP="000F7FF9">
      <w:pPr>
        <w:pStyle w:val="Akapitzlist"/>
        <w:spacing w:after="0" w:line="240" w:lineRule="auto"/>
        <w:ind w:left="-709" w:right="-716"/>
        <w:jc w:val="both"/>
        <w:rPr>
          <w:rFonts w:ascii="Calibri" w:hAnsi="Calibri" w:cs="Calibri"/>
        </w:rPr>
      </w:pPr>
      <w:r w:rsidRPr="00155F81">
        <w:rPr>
          <w:rFonts w:ascii="Calibri" w:hAnsi="Calibri" w:cs="Calibri"/>
        </w:rPr>
        <w:t xml:space="preserve">Difficult to say </w:t>
      </w:r>
    </w:p>
    <w:p w14:paraId="2F73E0C7" w14:textId="77777777" w:rsidR="00155F81" w:rsidRPr="00155F81" w:rsidRDefault="00155F81" w:rsidP="000F7FF9">
      <w:pPr>
        <w:pStyle w:val="Akapitzlist"/>
        <w:spacing w:after="0" w:line="240" w:lineRule="auto"/>
        <w:ind w:left="-709" w:right="-716"/>
        <w:jc w:val="both"/>
        <w:rPr>
          <w:rFonts w:ascii="Calibri" w:hAnsi="Calibri" w:cs="Calibri"/>
        </w:rPr>
      </w:pPr>
      <w:r w:rsidRPr="00155F81">
        <w:rPr>
          <w:rFonts w:ascii="Calibri" w:hAnsi="Calibri" w:cs="Calibri"/>
        </w:rPr>
        <w:t xml:space="preserve">Disagree </w:t>
      </w:r>
    </w:p>
    <w:p w14:paraId="4E23AD11" w14:textId="0B82F3DC" w:rsidR="00155F81" w:rsidRPr="00155F81" w:rsidRDefault="00155F81" w:rsidP="000F7FF9">
      <w:pPr>
        <w:pStyle w:val="Akapitzlist"/>
        <w:spacing w:after="0" w:line="240" w:lineRule="auto"/>
        <w:ind w:left="-709" w:right="-716"/>
        <w:jc w:val="both"/>
        <w:rPr>
          <w:rFonts w:ascii="Calibri" w:hAnsi="Calibri" w:cs="Calibri"/>
        </w:rPr>
      </w:pPr>
      <w:r w:rsidRPr="00155F81">
        <w:rPr>
          <w:rFonts w:ascii="Calibri" w:hAnsi="Calibri" w:cs="Calibri"/>
        </w:rPr>
        <w:t>Strongly disagree</w:t>
      </w:r>
    </w:p>
    <w:p w14:paraId="3FC4FC7A" w14:textId="0524DDA3" w:rsidR="00E03324" w:rsidRPr="00155F81" w:rsidRDefault="00D17C09" w:rsidP="000F7FF9">
      <w:pPr>
        <w:pStyle w:val="Akapitzlist"/>
        <w:numPr>
          <w:ilvl w:val="0"/>
          <w:numId w:val="11"/>
        </w:numPr>
        <w:spacing w:after="0" w:line="240" w:lineRule="auto"/>
        <w:ind w:left="-709" w:right="-716"/>
        <w:jc w:val="both"/>
        <w:rPr>
          <w:rFonts w:ascii="Calibri" w:hAnsi="Calibri" w:cs="Calibri"/>
        </w:rPr>
      </w:pPr>
      <w:r w:rsidRPr="00155F81">
        <w:rPr>
          <w:rFonts w:ascii="Calibri" w:hAnsi="Calibri" w:cs="Calibri"/>
        </w:rPr>
        <w:t>Occupational health and safety regulations are respected during scientific research activities</w:t>
      </w:r>
      <w:r w:rsidR="00DC00BF" w:rsidRPr="00DC00BF">
        <w:rPr>
          <w:rFonts w:ascii="Calibri" w:hAnsi="Calibri" w:cs="Calibri"/>
          <w:color w:val="EE0000"/>
        </w:rPr>
        <w:t>*</w:t>
      </w:r>
      <w:r w:rsidRPr="00155F81">
        <w:rPr>
          <w:rFonts w:ascii="Calibri" w:hAnsi="Calibri" w:cs="Calibri"/>
        </w:rPr>
        <w:t>.</w:t>
      </w:r>
    </w:p>
    <w:p w14:paraId="56B6D47E" w14:textId="77777777" w:rsidR="00155F81" w:rsidRPr="00155F81" w:rsidRDefault="00155F81" w:rsidP="000F7FF9">
      <w:pPr>
        <w:pStyle w:val="Akapitzlist"/>
        <w:spacing w:after="0" w:line="240" w:lineRule="auto"/>
        <w:ind w:left="-709" w:right="-716"/>
        <w:jc w:val="both"/>
        <w:rPr>
          <w:rFonts w:ascii="Calibri" w:hAnsi="Calibri" w:cs="Calibri"/>
        </w:rPr>
      </w:pPr>
      <w:r w:rsidRPr="00155F81">
        <w:rPr>
          <w:rFonts w:ascii="Calibri" w:hAnsi="Calibri" w:cs="Calibri"/>
        </w:rPr>
        <w:t xml:space="preserve">Strongly agree </w:t>
      </w:r>
    </w:p>
    <w:p w14:paraId="3F02DCFC" w14:textId="77777777" w:rsidR="00155F81" w:rsidRPr="00155F81" w:rsidRDefault="00155F81" w:rsidP="000F7FF9">
      <w:pPr>
        <w:pStyle w:val="Akapitzlist"/>
        <w:spacing w:after="0" w:line="240" w:lineRule="auto"/>
        <w:ind w:left="-709" w:right="-716"/>
        <w:jc w:val="both"/>
        <w:rPr>
          <w:rFonts w:ascii="Calibri" w:hAnsi="Calibri" w:cs="Calibri"/>
        </w:rPr>
      </w:pPr>
      <w:r w:rsidRPr="00155F81">
        <w:rPr>
          <w:rFonts w:ascii="Calibri" w:hAnsi="Calibri" w:cs="Calibri"/>
        </w:rPr>
        <w:t xml:space="preserve">Agree </w:t>
      </w:r>
    </w:p>
    <w:p w14:paraId="6BE48902" w14:textId="77777777" w:rsidR="00155F81" w:rsidRPr="00155F81" w:rsidRDefault="00155F81" w:rsidP="000F7FF9">
      <w:pPr>
        <w:pStyle w:val="Akapitzlist"/>
        <w:spacing w:after="0" w:line="240" w:lineRule="auto"/>
        <w:ind w:left="-709" w:right="-716"/>
        <w:jc w:val="both"/>
        <w:rPr>
          <w:rFonts w:ascii="Calibri" w:hAnsi="Calibri" w:cs="Calibri"/>
        </w:rPr>
      </w:pPr>
      <w:r w:rsidRPr="00155F81">
        <w:rPr>
          <w:rFonts w:ascii="Calibri" w:hAnsi="Calibri" w:cs="Calibri"/>
        </w:rPr>
        <w:t xml:space="preserve">Difficult to say </w:t>
      </w:r>
    </w:p>
    <w:p w14:paraId="39690D49" w14:textId="77777777" w:rsidR="00155F81" w:rsidRPr="00155F81" w:rsidRDefault="00155F81" w:rsidP="000F7FF9">
      <w:pPr>
        <w:pStyle w:val="Akapitzlist"/>
        <w:spacing w:after="0" w:line="240" w:lineRule="auto"/>
        <w:ind w:left="-709" w:right="-716"/>
        <w:jc w:val="both"/>
        <w:rPr>
          <w:rFonts w:ascii="Calibri" w:hAnsi="Calibri" w:cs="Calibri"/>
        </w:rPr>
      </w:pPr>
      <w:r w:rsidRPr="00155F81">
        <w:rPr>
          <w:rFonts w:ascii="Calibri" w:hAnsi="Calibri" w:cs="Calibri"/>
        </w:rPr>
        <w:t xml:space="preserve">Disagree </w:t>
      </w:r>
    </w:p>
    <w:p w14:paraId="45EE28FF" w14:textId="0E2F713B" w:rsidR="00155F81" w:rsidRPr="00155F81" w:rsidRDefault="00155F81" w:rsidP="000F7FF9">
      <w:pPr>
        <w:pStyle w:val="Akapitzlist"/>
        <w:spacing w:after="0" w:line="240" w:lineRule="auto"/>
        <w:ind w:left="-709" w:right="-716"/>
        <w:jc w:val="both"/>
        <w:rPr>
          <w:rFonts w:ascii="Calibri" w:hAnsi="Calibri" w:cs="Calibri"/>
        </w:rPr>
      </w:pPr>
      <w:r w:rsidRPr="00155F81">
        <w:rPr>
          <w:rFonts w:ascii="Calibri" w:hAnsi="Calibri" w:cs="Calibri"/>
        </w:rPr>
        <w:t>Strongly disagree</w:t>
      </w:r>
    </w:p>
    <w:p w14:paraId="0316BB20" w14:textId="25AAC6F7" w:rsidR="00E03324" w:rsidRPr="00155F81" w:rsidRDefault="00D17C09" w:rsidP="000F7FF9">
      <w:pPr>
        <w:pStyle w:val="Akapitzlist"/>
        <w:numPr>
          <w:ilvl w:val="0"/>
          <w:numId w:val="11"/>
        </w:numPr>
        <w:spacing w:after="0" w:line="240" w:lineRule="auto"/>
        <w:ind w:left="-709" w:right="-716"/>
        <w:jc w:val="both"/>
        <w:rPr>
          <w:rFonts w:ascii="Calibri" w:hAnsi="Calibri" w:cs="Calibri"/>
        </w:rPr>
      </w:pPr>
      <w:r w:rsidRPr="00155F81">
        <w:rPr>
          <w:rFonts w:ascii="Calibri" w:hAnsi="Calibri" w:cs="Calibri"/>
        </w:rPr>
        <w:t>Measures are taken to ensure that research results reach the general public</w:t>
      </w:r>
      <w:r w:rsidR="00DC00BF" w:rsidRPr="00DC00BF">
        <w:rPr>
          <w:rFonts w:ascii="Calibri" w:hAnsi="Calibri" w:cs="Calibri"/>
          <w:color w:val="EE0000"/>
        </w:rPr>
        <w:t>*</w:t>
      </w:r>
      <w:r w:rsidRPr="00155F81">
        <w:rPr>
          <w:rFonts w:ascii="Calibri" w:hAnsi="Calibri" w:cs="Calibri"/>
        </w:rPr>
        <w:t>.</w:t>
      </w:r>
    </w:p>
    <w:p w14:paraId="47EBDAC0" w14:textId="77777777" w:rsidR="00155F81" w:rsidRPr="00155F81" w:rsidRDefault="00155F81" w:rsidP="000F7FF9">
      <w:pPr>
        <w:pStyle w:val="Akapitzlist"/>
        <w:spacing w:after="0" w:line="240" w:lineRule="auto"/>
        <w:ind w:left="-709" w:right="-716"/>
        <w:jc w:val="both"/>
        <w:rPr>
          <w:rFonts w:ascii="Calibri" w:hAnsi="Calibri" w:cs="Calibri"/>
        </w:rPr>
      </w:pPr>
      <w:r w:rsidRPr="00155F81">
        <w:rPr>
          <w:rFonts w:ascii="Calibri" w:hAnsi="Calibri" w:cs="Calibri"/>
        </w:rPr>
        <w:t xml:space="preserve">Strongly agree </w:t>
      </w:r>
    </w:p>
    <w:p w14:paraId="3E33E2F9" w14:textId="77777777" w:rsidR="00155F81" w:rsidRPr="00155F81" w:rsidRDefault="00155F81" w:rsidP="000F7FF9">
      <w:pPr>
        <w:pStyle w:val="Akapitzlist"/>
        <w:spacing w:after="0" w:line="240" w:lineRule="auto"/>
        <w:ind w:left="-709" w:right="-716"/>
        <w:jc w:val="both"/>
        <w:rPr>
          <w:rFonts w:ascii="Calibri" w:hAnsi="Calibri" w:cs="Calibri"/>
        </w:rPr>
      </w:pPr>
      <w:r w:rsidRPr="00155F81">
        <w:rPr>
          <w:rFonts w:ascii="Calibri" w:hAnsi="Calibri" w:cs="Calibri"/>
        </w:rPr>
        <w:t xml:space="preserve">Agree </w:t>
      </w:r>
    </w:p>
    <w:p w14:paraId="67974186" w14:textId="77777777" w:rsidR="00155F81" w:rsidRPr="00155F81" w:rsidRDefault="00155F81" w:rsidP="000F7FF9">
      <w:pPr>
        <w:pStyle w:val="Akapitzlist"/>
        <w:spacing w:after="0" w:line="240" w:lineRule="auto"/>
        <w:ind w:left="-709" w:right="-716"/>
        <w:jc w:val="both"/>
        <w:rPr>
          <w:rFonts w:ascii="Calibri" w:hAnsi="Calibri" w:cs="Calibri"/>
        </w:rPr>
      </w:pPr>
      <w:r w:rsidRPr="00155F81">
        <w:rPr>
          <w:rFonts w:ascii="Calibri" w:hAnsi="Calibri" w:cs="Calibri"/>
        </w:rPr>
        <w:t xml:space="preserve">Difficult to say </w:t>
      </w:r>
    </w:p>
    <w:p w14:paraId="30B98E11" w14:textId="77777777" w:rsidR="00155F81" w:rsidRPr="00155F81" w:rsidRDefault="00155F81" w:rsidP="000F7FF9">
      <w:pPr>
        <w:pStyle w:val="Akapitzlist"/>
        <w:spacing w:after="0" w:line="240" w:lineRule="auto"/>
        <w:ind w:left="-709" w:right="-716"/>
        <w:jc w:val="both"/>
        <w:rPr>
          <w:rFonts w:ascii="Calibri" w:hAnsi="Calibri" w:cs="Calibri"/>
        </w:rPr>
      </w:pPr>
      <w:r w:rsidRPr="00155F81">
        <w:rPr>
          <w:rFonts w:ascii="Calibri" w:hAnsi="Calibri" w:cs="Calibri"/>
        </w:rPr>
        <w:t xml:space="preserve">Disagree </w:t>
      </w:r>
    </w:p>
    <w:p w14:paraId="1C318292" w14:textId="598BFA97" w:rsidR="00155F81" w:rsidRPr="00155F81" w:rsidRDefault="00155F81" w:rsidP="000F7FF9">
      <w:pPr>
        <w:pStyle w:val="Akapitzlist"/>
        <w:spacing w:after="0" w:line="240" w:lineRule="auto"/>
        <w:ind w:left="-709" w:right="-716"/>
        <w:jc w:val="both"/>
        <w:rPr>
          <w:rFonts w:ascii="Calibri" w:hAnsi="Calibri" w:cs="Calibri"/>
        </w:rPr>
      </w:pPr>
      <w:r w:rsidRPr="00155F81">
        <w:rPr>
          <w:rFonts w:ascii="Calibri" w:hAnsi="Calibri" w:cs="Calibri"/>
        </w:rPr>
        <w:t>Strongly disagree</w:t>
      </w:r>
    </w:p>
    <w:p w14:paraId="1A157632" w14:textId="27029DD3" w:rsidR="00E03324" w:rsidRPr="00155F81" w:rsidRDefault="00D17C09" w:rsidP="000F7FF9">
      <w:pPr>
        <w:pStyle w:val="Akapitzlist"/>
        <w:numPr>
          <w:ilvl w:val="0"/>
          <w:numId w:val="11"/>
        </w:numPr>
        <w:spacing w:after="0" w:line="240" w:lineRule="auto"/>
        <w:ind w:left="-709" w:right="-716"/>
        <w:jc w:val="both"/>
        <w:rPr>
          <w:rFonts w:ascii="Calibri" w:hAnsi="Calibri" w:cs="Calibri"/>
        </w:rPr>
      </w:pPr>
      <w:r w:rsidRPr="00155F81">
        <w:rPr>
          <w:rFonts w:ascii="Calibri" w:hAnsi="Calibri" w:cs="Calibri"/>
        </w:rPr>
        <w:t>I do not observe any manifestations of discrimination at the university</w:t>
      </w:r>
      <w:r w:rsidR="00DC00BF" w:rsidRPr="00DC00BF">
        <w:rPr>
          <w:rFonts w:ascii="Calibri" w:hAnsi="Calibri" w:cs="Calibri"/>
          <w:color w:val="EE0000"/>
        </w:rPr>
        <w:t>*</w:t>
      </w:r>
      <w:r w:rsidRPr="00155F81">
        <w:rPr>
          <w:rFonts w:ascii="Calibri" w:hAnsi="Calibri" w:cs="Calibri"/>
        </w:rPr>
        <w:t>.</w:t>
      </w:r>
    </w:p>
    <w:p w14:paraId="4DC66CBC" w14:textId="77777777" w:rsidR="00155F81" w:rsidRPr="00155F81" w:rsidRDefault="00155F81" w:rsidP="000F7FF9">
      <w:pPr>
        <w:pStyle w:val="Akapitzlist"/>
        <w:spacing w:after="0" w:line="240" w:lineRule="auto"/>
        <w:ind w:left="-709" w:right="-716"/>
        <w:jc w:val="both"/>
        <w:rPr>
          <w:rFonts w:ascii="Calibri" w:hAnsi="Calibri" w:cs="Calibri"/>
        </w:rPr>
      </w:pPr>
      <w:r w:rsidRPr="00155F81">
        <w:rPr>
          <w:rFonts w:ascii="Calibri" w:hAnsi="Calibri" w:cs="Calibri"/>
        </w:rPr>
        <w:t xml:space="preserve">Strongly agree </w:t>
      </w:r>
    </w:p>
    <w:p w14:paraId="50464E6C" w14:textId="77777777" w:rsidR="00155F81" w:rsidRPr="00155F81" w:rsidRDefault="00155F81" w:rsidP="000F7FF9">
      <w:pPr>
        <w:pStyle w:val="Akapitzlist"/>
        <w:spacing w:after="0" w:line="240" w:lineRule="auto"/>
        <w:ind w:left="-709" w:right="-716"/>
        <w:jc w:val="both"/>
        <w:rPr>
          <w:rFonts w:ascii="Calibri" w:hAnsi="Calibri" w:cs="Calibri"/>
        </w:rPr>
      </w:pPr>
      <w:r w:rsidRPr="00155F81">
        <w:rPr>
          <w:rFonts w:ascii="Calibri" w:hAnsi="Calibri" w:cs="Calibri"/>
        </w:rPr>
        <w:t xml:space="preserve">Agree </w:t>
      </w:r>
    </w:p>
    <w:p w14:paraId="343B752E" w14:textId="77777777" w:rsidR="00155F81" w:rsidRPr="00155F81" w:rsidRDefault="00155F81" w:rsidP="000F7FF9">
      <w:pPr>
        <w:pStyle w:val="Akapitzlist"/>
        <w:spacing w:after="0" w:line="240" w:lineRule="auto"/>
        <w:ind w:left="-709" w:right="-716"/>
        <w:jc w:val="both"/>
        <w:rPr>
          <w:rFonts w:ascii="Calibri" w:hAnsi="Calibri" w:cs="Calibri"/>
        </w:rPr>
      </w:pPr>
      <w:r w:rsidRPr="00155F81">
        <w:rPr>
          <w:rFonts w:ascii="Calibri" w:hAnsi="Calibri" w:cs="Calibri"/>
        </w:rPr>
        <w:t xml:space="preserve">Difficult to say </w:t>
      </w:r>
    </w:p>
    <w:p w14:paraId="680B276C" w14:textId="77777777" w:rsidR="00155F81" w:rsidRPr="00155F81" w:rsidRDefault="00155F81" w:rsidP="000F7FF9">
      <w:pPr>
        <w:pStyle w:val="Akapitzlist"/>
        <w:spacing w:after="0" w:line="240" w:lineRule="auto"/>
        <w:ind w:left="-709" w:right="-716"/>
        <w:jc w:val="both"/>
        <w:rPr>
          <w:rFonts w:ascii="Calibri" w:hAnsi="Calibri" w:cs="Calibri"/>
        </w:rPr>
      </w:pPr>
      <w:r w:rsidRPr="00155F81">
        <w:rPr>
          <w:rFonts w:ascii="Calibri" w:hAnsi="Calibri" w:cs="Calibri"/>
        </w:rPr>
        <w:t xml:space="preserve">Disagree </w:t>
      </w:r>
    </w:p>
    <w:p w14:paraId="44641F27" w14:textId="4B365AC9" w:rsidR="00E03324" w:rsidRPr="00440173" w:rsidRDefault="00155F81" w:rsidP="000F7FF9">
      <w:pPr>
        <w:pStyle w:val="Akapitzlist"/>
        <w:spacing w:after="0" w:line="240" w:lineRule="auto"/>
        <w:ind w:left="-709" w:right="-716"/>
        <w:jc w:val="both"/>
        <w:rPr>
          <w:rFonts w:ascii="Calibri" w:hAnsi="Calibri" w:cs="Calibri"/>
        </w:rPr>
      </w:pPr>
      <w:r w:rsidRPr="00155F81">
        <w:rPr>
          <w:rFonts w:ascii="Calibri" w:hAnsi="Calibri" w:cs="Calibri"/>
        </w:rPr>
        <w:t>Strongly disagree</w:t>
      </w:r>
    </w:p>
    <w:p w14:paraId="500BF47B" w14:textId="77777777" w:rsidR="00E03324" w:rsidRDefault="00D17C09" w:rsidP="000F7FF9">
      <w:pPr>
        <w:spacing w:after="0" w:line="240" w:lineRule="auto"/>
        <w:ind w:left="-709" w:right="-716"/>
        <w:jc w:val="both"/>
        <w:rPr>
          <w:rFonts w:ascii="Calibri" w:hAnsi="Calibri" w:cs="Calibri"/>
        </w:rPr>
      </w:pPr>
      <w:r w:rsidRPr="00440173">
        <w:rPr>
          <w:rFonts w:ascii="Calibri" w:hAnsi="Calibri" w:cs="Calibri"/>
        </w:rPr>
        <w:t>Please indicate actions that, in your opinion, could be undertaken in the future to improve the current principles of professional ethics.</w:t>
      </w:r>
    </w:p>
    <w:p w14:paraId="75AF004D" w14:textId="1DA11BE5" w:rsidR="00E03324" w:rsidRPr="00440173" w:rsidRDefault="00155F81" w:rsidP="000F7FF9">
      <w:pPr>
        <w:spacing w:after="0" w:line="240" w:lineRule="auto"/>
        <w:ind w:left="-709" w:right="-716"/>
        <w:jc w:val="both"/>
        <w:rPr>
          <w:rFonts w:ascii="Calibri" w:hAnsi="Calibri" w:cs="Calibri"/>
        </w:rPr>
      </w:pPr>
      <w:r>
        <w:rPr>
          <w:rFonts w:ascii="Calibri" w:hAnsi="Calibri" w:cs="Calibri"/>
        </w:rPr>
        <w:t>…………………………………………………………………………………………………………………………………………………….</w:t>
      </w:r>
    </w:p>
    <w:p w14:paraId="770EC285" w14:textId="77777777" w:rsidR="000F7FF9" w:rsidRDefault="000F7FF9" w:rsidP="000F7FF9">
      <w:pPr>
        <w:spacing w:after="0" w:line="240" w:lineRule="auto"/>
        <w:ind w:left="-709" w:right="-716"/>
        <w:jc w:val="both"/>
        <w:rPr>
          <w:rFonts w:ascii="Calibri" w:hAnsi="Calibri" w:cs="Calibri"/>
        </w:rPr>
      </w:pPr>
    </w:p>
    <w:p w14:paraId="2F62635F" w14:textId="73F41D23" w:rsidR="00E03324" w:rsidRPr="00440173" w:rsidRDefault="00D17C09" w:rsidP="000F7FF9">
      <w:pPr>
        <w:spacing w:after="0" w:line="240" w:lineRule="auto"/>
        <w:ind w:left="-709" w:right="-716"/>
        <w:jc w:val="both"/>
        <w:rPr>
          <w:rFonts w:ascii="Calibri" w:hAnsi="Calibri" w:cs="Calibri"/>
        </w:rPr>
      </w:pPr>
      <w:r w:rsidRPr="00440173">
        <w:rPr>
          <w:rFonts w:ascii="Calibri" w:hAnsi="Calibri" w:cs="Calibri"/>
        </w:rPr>
        <w:t>PART II. RECRUITMENT AND EVALUATION</w:t>
      </w:r>
    </w:p>
    <w:p w14:paraId="6C8AFF7D" w14:textId="5AF9EA69" w:rsidR="00E03324" w:rsidRPr="00155F81" w:rsidRDefault="00D17C09" w:rsidP="000F7FF9">
      <w:pPr>
        <w:pStyle w:val="Akapitzlist"/>
        <w:numPr>
          <w:ilvl w:val="0"/>
          <w:numId w:val="11"/>
        </w:numPr>
        <w:spacing w:after="0" w:line="240" w:lineRule="auto"/>
        <w:ind w:left="-709" w:right="-716"/>
        <w:jc w:val="both"/>
        <w:rPr>
          <w:rFonts w:ascii="Calibri" w:hAnsi="Calibri" w:cs="Calibri"/>
        </w:rPr>
      </w:pPr>
      <w:r w:rsidRPr="00155F81">
        <w:rPr>
          <w:rFonts w:ascii="Calibri" w:hAnsi="Calibri" w:cs="Calibri"/>
        </w:rPr>
        <w:t>A transparent system for evaluating academic teachers operates at the university</w:t>
      </w:r>
      <w:r w:rsidR="00DC00BF" w:rsidRPr="00DC00BF">
        <w:rPr>
          <w:rFonts w:ascii="Calibri" w:hAnsi="Calibri" w:cs="Calibri"/>
          <w:color w:val="EE0000"/>
        </w:rPr>
        <w:t>*</w:t>
      </w:r>
      <w:r w:rsidRPr="00155F81">
        <w:rPr>
          <w:rFonts w:ascii="Calibri" w:hAnsi="Calibri" w:cs="Calibri"/>
        </w:rPr>
        <w:t>.</w:t>
      </w:r>
    </w:p>
    <w:p w14:paraId="752CB772" w14:textId="77777777" w:rsidR="00155F81" w:rsidRPr="00155F81" w:rsidRDefault="00155F81" w:rsidP="000F7FF9">
      <w:pPr>
        <w:pStyle w:val="Akapitzlist"/>
        <w:spacing w:after="0" w:line="240" w:lineRule="auto"/>
        <w:ind w:left="-709" w:right="-716"/>
        <w:jc w:val="both"/>
        <w:rPr>
          <w:rFonts w:ascii="Calibri" w:hAnsi="Calibri" w:cs="Calibri"/>
        </w:rPr>
      </w:pPr>
      <w:r w:rsidRPr="00155F81">
        <w:rPr>
          <w:rFonts w:ascii="Calibri" w:hAnsi="Calibri" w:cs="Calibri"/>
        </w:rPr>
        <w:t xml:space="preserve">Strongly agree </w:t>
      </w:r>
    </w:p>
    <w:p w14:paraId="4F86909E" w14:textId="77777777" w:rsidR="00155F81" w:rsidRPr="00155F81" w:rsidRDefault="00155F81" w:rsidP="000F7FF9">
      <w:pPr>
        <w:pStyle w:val="Akapitzlist"/>
        <w:spacing w:after="0" w:line="240" w:lineRule="auto"/>
        <w:ind w:left="-709" w:right="-716"/>
        <w:jc w:val="both"/>
        <w:rPr>
          <w:rFonts w:ascii="Calibri" w:hAnsi="Calibri" w:cs="Calibri"/>
        </w:rPr>
      </w:pPr>
      <w:r w:rsidRPr="00155F81">
        <w:rPr>
          <w:rFonts w:ascii="Calibri" w:hAnsi="Calibri" w:cs="Calibri"/>
        </w:rPr>
        <w:t xml:space="preserve">Agree </w:t>
      </w:r>
    </w:p>
    <w:p w14:paraId="7866CF24" w14:textId="77777777" w:rsidR="00155F81" w:rsidRPr="00155F81" w:rsidRDefault="00155F81" w:rsidP="000F7FF9">
      <w:pPr>
        <w:pStyle w:val="Akapitzlist"/>
        <w:spacing w:after="0" w:line="240" w:lineRule="auto"/>
        <w:ind w:left="-709" w:right="-716"/>
        <w:jc w:val="both"/>
        <w:rPr>
          <w:rFonts w:ascii="Calibri" w:hAnsi="Calibri" w:cs="Calibri"/>
        </w:rPr>
      </w:pPr>
      <w:r w:rsidRPr="00155F81">
        <w:rPr>
          <w:rFonts w:ascii="Calibri" w:hAnsi="Calibri" w:cs="Calibri"/>
        </w:rPr>
        <w:t xml:space="preserve">Difficult to say </w:t>
      </w:r>
    </w:p>
    <w:p w14:paraId="1B259ECD" w14:textId="77777777" w:rsidR="00155F81" w:rsidRPr="00155F81" w:rsidRDefault="00155F81" w:rsidP="000F7FF9">
      <w:pPr>
        <w:pStyle w:val="Akapitzlist"/>
        <w:spacing w:after="0" w:line="240" w:lineRule="auto"/>
        <w:ind w:left="-709" w:right="-716"/>
        <w:jc w:val="both"/>
        <w:rPr>
          <w:rFonts w:ascii="Calibri" w:hAnsi="Calibri" w:cs="Calibri"/>
        </w:rPr>
      </w:pPr>
      <w:r w:rsidRPr="00155F81">
        <w:rPr>
          <w:rFonts w:ascii="Calibri" w:hAnsi="Calibri" w:cs="Calibri"/>
        </w:rPr>
        <w:t xml:space="preserve">Disagree </w:t>
      </w:r>
    </w:p>
    <w:p w14:paraId="783B1DA5" w14:textId="0D49E8BB" w:rsidR="00155F81" w:rsidRPr="00155F81" w:rsidRDefault="00155F81" w:rsidP="000F7FF9">
      <w:pPr>
        <w:pStyle w:val="Akapitzlist"/>
        <w:spacing w:after="0" w:line="240" w:lineRule="auto"/>
        <w:ind w:left="-709" w:right="-716"/>
        <w:jc w:val="both"/>
        <w:rPr>
          <w:rFonts w:ascii="Calibri" w:hAnsi="Calibri" w:cs="Calibri"/>
        </w:rPr>
      </w:pPr>
      <w:r w:rsidRPr="00155F81">
        <w:rPr>
          <w:rFonts w:ascii="Calibri" w:hAnsi="Calibri" w:cs="Calibri"/>
        </w:rPr>
        <w:t>Strongly disagree</w:t>
      </w:r>
    </w:p>
    <w:p w14:paraId="2B783F4B" w14:textId="4CDFBB9B" w:rsidR="00E03324" w:rsidRPr="00155F81" w:rsidRDefault="00D17C09" w:rsidP="000F7FF9">
      <w:pPr>
        <w:pStyle w:val="Akapitzlist"/>
        <w:numPr>
          <w:ilvl w:val="0"/>
          <w:numId w:val="11"/>
        </w:numPr>
        <w:spacing w:after="0" w:line="240" w:lineRule="auto"/>
        <w:ind w:left="-709" w:right="-716"/>
        <w:jc w:val="both"/>
        <w:rPr>
          <w:rFonts w:ascii="Calibri" w:hAnsi="Calibri" w:cs="Calibri"/>
        </w:rPr>
      </w:pPr>
      <w:r w:rsidRPr="00155F81">
        <w:rPr>
          <w:rFonts w:ascii="Calibri" w:hAnsi="Calibri" w:cs="Calibri"/>
        </w:rPr>
        <w:t>The university has clearly defined standards and procedures for recruiting academic teachers</w:t>
      </w:r>
      <w:r w:rsidR="00DC00BF" w:rsidRPr="00DC00BF">
        <w:rPr>
          <w:rFonts w:ascii="Calibri" w:hAnsi="Calibri" w:cs="Calibri"/>
          <w:color w:val="EE0000"/>
        </w:rPr>
        <w:t>*</w:t>
      </w:r>
      <w:r w:rsidRPr="00155F81">
        <w:rPr>
          <w:rFonts w:ascii="Calibri" w:hAnsi="Calibri" w:cs="Calibri"/>
        </w:rPr>
        <w:t>.</w:t>
      </w:r>
    </w:p>
    <w:p w14:paraId="56A9395D" w14:textId="77777777" w:rsidR="00155F81" w:rsidRPr="00155F81" w:rsidRDefault="00155F81" w:rsidP="000F7FF9">
      <w:pPr>
        <w:pStyle w:val="Akapitzlist"/>
        <w:spacing w:after="0" w:line="240" w:lineRule="auto"/>
        <w:ind w:left="-709" w:right="-716"/>
        <w:jc w:val="both"/>
        <w:rPr>
          <w:rFonts w:ascii="Calibri" w:hAnsi="Calibri" w:cs="Calibri"/>
        </w:rPr>
      </w:pPr>
      <w:r w:rsidRPr="00155F81">
        <w:rPr>
          <w:rFonts w:ascii="Calibri" w:hAnsi="Calibri" w:cs="Calibri"/>
        </w:rPr>
        <w:t xml:space="preserve">Strongly agree </w:t>
      </w:r>
    </w:p>
    <w:p w14:paraId="350A7FA3" w14:textId="77777777" w:rsidR="00155F81" w:rsidRPr="00155F81" w:rsidRDefault="00155F81" w:rsidP="000F7FF9">
      <w:pPr>
        <w:pStyle w:val="Akapitzlist"/>
        <w:spacing w:after="0" w:line="240" w:lineRule="auto"/>
        <w:ind w:left="-709" w:right="-716"/>
        <w:jc w:val="both"/>
        <w:rPr>
          <w:rFonts w:ascii="Calibri" w:hAnsi="Calibri" w:cs="Calibri"/>
        </w:rPr>
      </w:pPr>
      <w:r w:rsidRPr="00155F81">
        <w:rPr>
          <w:rFonts w:ascii="Calibri" w:hAnsi="Calibri" w:cs="Calibri"/>
        </w:rPr>
        <w:t xml:space="preserve">Agree </w:t>
      </w:r>
    </w:p>
    <w:p w14:paraId="6ECF6016" w14:textId="77777777" w:rsidR="00155F81" w:rsidRPr="00155F81" w:rsidRDefault="00155F81" w:rsidP="000F7FF9">
      <w:pPr>
        <w:pStyle w:val="Akapitzlist"/>
        <w:spacing w:after="0" w:line="240" w:lineRule="auto"/>
        <w:ind w:left="-709" w:right="-716"/>
        <w:jc w:val="both"/>
        <w:rPr>
          <w:rFonts w:ascii="Calibri" w:hAnsi="Calibri" w:cs="Calibri"/>
        </w:rPr>
      </w:pPr>
      <w:r w:rsidRPr="00155F81">
        <w:rPr>
          <w:rFonts w:ascii="Calibri" w:hAnsi="Calibri" w:cs="Calibri"/>
        </w:rPr>
        <w:t xml:space="preserve">Difficult to say </w:t>
      </w:r>
    </w:p>
    <w:p w14:paraId="24A61DF6" w14:textId="77777777" w:rsidR="00155F81" w:rsidRPr="00155F81" w:rsidRDefault="00155F81" w:rsidP="000F7FF9">
      <w:pPr>
        <w:pStyle w:val="Akapitzlist"/>
        <w:spacing w:after="0" w:line="240" w:lineRule="auto"/>
        <w:ind w:left="-709" w:right="-716"/>
        <w:jc w:val="both"/>
        <w:rPr>
          <w:rFonts w:ascii="Calibri" w:hAnsi="Calibri" w:cs="Calibri"/>
        </w:rPr>
      </w:pPr>
      <w:r w:rsidRPr="00155F81">
        <w:rPr>
          <w:rFonts w:ascii="Calibri" w:hAnsi="Calibri" w:cs="Calibri"/>
        </w:rPr>
        <w:t xml:space="preserve">Disagree </w:t>
      </w:r>
    </w:p>
    <w:p w14:paraId="1BB58A6E" w14:textId="13D8247C" w:rsidR="00155F81" w:rsidRPr="00155F81" w:rsidRDefault="00155F81" w:rsidP="000F7FF9">
      <w:pPr>
        <w:pStyle w:val="Akapitzlist"/>
        <w:spacing w:after="0" w:line="240" w:lineRule="auto"/>
        <w:ind w:left="-709" w:right="-716"/>
        <w:jc w:val="both"/>
        <w:rPr>
          <w:rFonts w:ascii="Calibri" w:hAnsi="Calibri" w:cs="Calibri"/>
        </w:rPr>
      </w:pPr>
      <w:r w:rsidRPr="00155F81">
        <w:rPr>
          <w:rFonts w:ascii="Calibri" w:hAnsi="Calibri" w:cs="Calibri"/>
        </w:rPr>
        <w:t>Strongly disagree</w:t>
      </w:r>
    </w:p>
    <w:p w14:paraId="3F20F4D7" w14:textId="4B0DEE5E" w:rsidR="00E03324" w:rsidRPr="00155F81" w:rsidRDefault="00D17C09" w:rsidP="000F7FF9">
      <w:pPr>
        <w:pStyle w:val="Akapitzlist"/>
        <w:numPr>
          <w:ilvl w:val="0"/>
          <w:numId w:val="11"/>
        </w:numPr>
        <w:spacing w:after="0" w:line="240" w:lineRule="auto"/>
        <w:ind w:left="-709" w:right="-716"/>
        <w:jc w:val="both"/>
        <w:rPr>
          <w:rFonts w:ascii="Calibri" w:hAnsi="Calibri" w:cs="Calibri"/>
        </w:rPr>
      </w:pPr>
      <w:r w:rsidRPr="00155F81">
        <w:rPr>
          <w:rFonts w:ascii="Calibri" w:hAnsi="Calibri" w:cs="Calibri"/>
        </w:rPr>
        <w:t>Job vacancy announcements include a detailed description of required qualifications and working conditions</w:t>
      </w:r>
      <w:r w:rsidR="00DC00BF" w:rsidRPr="00DC00BF">
        <w:rPr>
          <w:rFonts w:ascii="Calibri" w:hAnsi="Calibri" w:cs="Calibri"/>
          <w:color w:val="EE0000"/>
        </w:rPr>
        <w:t>*</w:t>
      </w:r>
      <w:r w:rsidR="00155F81" w:rsidRPr="00155F81">
        <w:rPr>
          <w:rFonts w:ascii="Calibri" w:hAnsi="Calibri" w:cs="Calibri"/>
        </w:rPr>
        <w:t>.</w:t>
      </w:r>
    </w:p>
    <w:p w14:paraId="1884FC0A" w14:textId="77777777" w:rsidR="00155F81" w:rsidRPr="00155F81" w:rsidRDefault="00155F81" w:rsidP="000F7FF9">
      <w:pPr>
        <w:pStyle w:val="Akapitzlist"/>
        <w:spacing w:after="0" w:line="240" w:lineRule="auto"/>
        <w:ind w:left="-709" w:right="-716"/>
        <w:jc w:val="both"/>
        <w:rPr>
          <w:rFonts w:ascii="Calibri" w:hAnsi="Calibri" w:cs="Calibri"/>
        </w:rPr>
      </w:pPr>
      <w:r w:rsidRPr="00155F81">
        <w:rPr>
          <w:rFonts w:ascii="Calibri" w:hAnsi="Calibri" w:cs="Calibri"/>
        </w:rPr>
        <w:t xml:space="preserve">Strongly agree </w:t>
      </w:r>
    </w:p>
    <w:p w14:paraId="40C5B811" w14:textId="77777777" w:rsidR="00155F81" w:rsidRPr="00155F81" w:rsidRDefault="00155F81" w:rsidP="000F7FF9">
      <w:pPr>
        <w:pStyle w:val="Akapitzlist"/>
        <w:spacing w:after="0" w:line="240" w:lineRule="auto"/>
        <w:ind w:left="-709" w:right="-716"/>
        <w:jc w:val="both"/>
        <w:rPr>
          <w:rFonts w:ascii="Calibri" w:hAnsi="Calibri" w:cs="Calibri"/>
        </w:rPr>
      </w:pPr>
      <w:r w:rsidRPr="00155F81">
        <w:rPr>
          <w:rFonts w:ascii="Calibri" w:hAnsi="Calibri" w:cs="Calibri"/>
        </w:rPr>
        <w:t xml:space="preserve">Agree </w:t>
      </w:r>
    </w:p>
    <w:p w14:paraId="7C3332FF" w14:textId="77777777" w:rsidR="00155F81" w:rsidRPr="00155F81" w:rsidRDefault="00155F81" w:rsidP="000F7FF9">
      <w:pPr>
        <w:pStyle w:val="Akapitzlist"/>
        <w:spacing w:after="0" w:line="240" w:lineRule="auto"/>
        <w:ind w:left="-709" w:right="-716"/>
        <w:jc w:val="both"/>
        <w:rPr>
          <w:rFonts w:ascii="Calibri" w:hAnsi="Calibri" w:cs="Calibri"/>
        </w:rPr>
      </w:pPr>
      <w:r w:rsidRPr="00155F81">
        <w:rPr>
          <w:rFonts w:ascii="Calibri" w:hAnsi="Calibri" w:cs="Calibri"/>
        </w:rPr>
        <w:lastRenderedPageBreak/>
        <w:t xml:space="preserve">Difficult to say </w:t>
      </w:r>
    </w:p>
    <w:p w14:paraId="53386423" w14:textId="77777777" w:rsidR="00155F81" w:rsidRPr="00155F81" w:rsidRDefault="00155F81" w:rsidP="000F7FF9">
      <w:pPr>
        <w:pStyle w:val="Akapitzlist"/>
        <w:spacing w:after="0" w:line="240" w:lineRule="auto"/>
        <w:ind w:left="-709" w:right="-716"/>
        <w:jc w:val="both"/>
        <w:rPr>
          <w:rFonts w:ascii="Calibri" w:hAnsi="Calibri" w:cs="Calibri"/>
        </w:rPr>
      </w:pPr>
      <w:r w:rsidRPr="00155F81">
        <w:rPr>
          <w:rFonts w:ascii="Calibri" w:hAnsi="Calibri" w:cs="Calibri"/>
        </w:rPr>
        <w:t xml:space="preserve">Disagree </w:t>
      </w:r>
    </w:p>
    <w:p w14:paraId="5A5EC670" w14:textId="3566642A" w:rsidR="00155F81" w:rsidRPr="00155F81" w:rsidRDefault="00155F81" w:rsidP="000F7FF9">
      <w:pPr>
        <w:pStyle w:val="Akapitzlist"/>
        <w:spacing w:after="0" w:line="240" w:lineRule="auto"/>
        <w:ind w:left="-709" w:right="-716"/>
        <w:jc w:val="both"/>
        <w:rPr>
          <w:rFonts w:ascii="Calibri" w:hAnsi="Calibri" w:cs="Calibri"/>
        </w:rPr>
      </w:pPr>
      <w:r w:rsidRPr="00155F81">
        <w:rPr>
          <w:rFonts w:ascii="Calibri" w:hAnsi="Calibri" w:cs="Calibri"/>
        </w:rPr>
        <w:t>Strongly disagree</w:t>
      </w:r>
    </w:p>
    <w:p w14:paraId="6E5DB8B7" w14:textId="16AC4F8E" w:rsidR="00E03324" w:rsidRPr="00155F81" w:rsidRDefault="00D17C09" w:rsidP="000F7FF9">
      <w:pPr>
        <w:pStyle w:val="Akapitzlist"/>
        <w:numPr>
          <w:ilvl w:val="0"/>
          <w:numId w:val="11"/>
        </w:numPr>
        <w:spacing w:after="0" w:line="240" w:lineRule="auto"/>
        <w:ind w:left="-709" w:right="-716"/>
        <w:jc w:val="both"/>
        <w:rPr>
          <w:rFonts w:ascii="Calibri" w:hAnsi="Calibri" w:cs="Calibri"/>
        </w:rPr>
      </w:pPr>
      <w:r w:rsidRPr="00155F81">
        <w:rPr>
          <w:rFonts w:ascii="Calibri" w:hAnsi="Calibri" w:cs="Calibri"/>
        </w:rPr>
        <w:t>Members of recruitment committees evaluating candidates possess appropriate competencies and experience</w:t>
      </w:r>
      <w:r w:rsidR="00DC00BF" w:rsidRPr="00DC00BF">
        <w:rPr>
          <w:rFonts w:ascii="Calibri" w:hAnsi="Calibri" w:cs="Calibri"/>
          <w:color w:val="EE0000"/>
        </w:rPr>
        <w:t>*</w:t>
      </w:r>
      <w:r w:rsidRPr="00155F81">
        <w:rPr>
          <w:rFonts w:ascii="Calibri" w:hAnsi="Calibri" w:cs="Calibri"/>
        </w:rPr>
        <w:t>.</w:t>
      </w:r>
    </w:p>
    <w:p w14:paraId="1163FBD0" w14:textId="77777777" w:rsidR="00155F81" w:rsidRPr="00155F81" w:rsidRDefault="00155F81" w:rsidP="000F7FF9">
      <w:pPr>
        <w:pStyle w:val="Akapitzlist"/>
        <w:spacing w:after="0" w:line="240" w:lineRule="auto"/>
        <w:ind w:left="-709" w:right="-716"/>
        <w:jc w:val="both"/>
        <w:rPr>
          <w:rFonts w:ascii="Calibri" w:hAnsi="Calibri" w:cs="Calibri"/>
        </w:rPr>
      </w:pPr>
      <w:r w:rsidRPr="00155F81">
        <w:rPr>
          <w:rFonts w:ascii="Calibri" w:hAnsi="Calibri" w:cs="Calibri"/>
        </w:rPr>
        <w:t xml:space="preserve">Strongly agree </w:t>
      </w:r>
    </w:p>
    <w:p w14:paraId="43C0057F" w14:textId="77777777" w:rsidR="00155F81" w:rsidRPr="00155F81" w:rsidRDefault="00155F81" w:rsidP="000F7FF9">
      <w:pPr>
        <w:pStyle w:val="Akapitzlist"/>
        <w:spacing w:after="0" w:line="240" w:lineRule="auto"/>
        <w:ind w:left="-709" w:right="-716"/>
        <w:jc w:val="both"/>
        <w:rPr>
          <w:rFonts w:ascii="Calibri" w:hAnsi="Calibri" w:cs="Calibri"/>
        </w:rPr>
      </w:pPr>
      <w:r w:rsidRPr="00155F81">
        <w:rPr>
          <w:rFonts w:ascii="Calibri" w:hAnsi="Calibri" w:cs="Calibri"/>
        </w:rPr>
        <w:t xml:space="preserve">Agree </w:t>
      </w:r>
    </w:p>
    <w:p w14:paraId="389FB60C" w14:textId="77777777" w:rsidR="00155F81" w:rsidRPr="00155F81" w:rsidRDefault="00155F81" w:rsidP="000F7FF9">
      <w:pPr>
        <w:pStyle w:val="Akapitzlist"/>
        <w:spacing w:after="0" w:line="240" w:lineRule="auto"/>
        <w:ind w:left="-709" w:right="-716"/>
        <w:jc w:val="both"/>
        <w:rPr>
          <w:rFonts w:ascii="Calibri" w:hAnsi="Calibri" w:cs="Calibri"/>
        </w:rPr>
      </w:pPr>
      <w:r w:rsidRPr="00155F81">
        <w:rPr>
          <w:rFonts w:ascii="Calibri" w:hAnsi="Calibri" w:cs="Calibri"/>
        </w:rPr>
        <w:t xml:space="preserve">Difficult to say </w:t>
      </w:r>
    </w:p>
    <w:p w14:paraId="6217CD30" w14:textId="77777777" w:rsidR="00155F81" w:rsidRPr="00155F81" w:rsidRDefault="00155F81" w:rsidP="000F7FF9">
      <w:pPr>
        <w:pStyle w:val="Akapitzlist"/>
        <w:spacing w:after="0" w:line="240" w:lineRule="auto"/>
        <w:ind w:left="-709" w:right="-716"/>
        <w:jc w:val="both"/>
        <w:rPr>
          <w:rFonts w:ascii="Calibri" w:hAnsi="Calibri" w:cs="Calibri"/>
        </w:rPr>
      </w:pPr>
      <w:r w:rsidRPr="00155F81">
        <w:rPr>
          <w:rFonts w:ascii="Calibri" w:hAnsi="Calibri" w:cs="Calibri"/>
        </w:rPr>
        <w:t xml:space="preserve">Disagree </w:t>
      </w:r>
    </w:p>
    <w:p w14:paraId="66884A9C" w14:textId="46279AAE" w:rsidR="00155F81" w:rsidRPr="00155F81" w:rsidRDefault="00155F81" w:rsidP="000F7FF9">
      <w:pPr>
        <w:pStyle w:val="Akapitzlist"/>
        <w:spacing w:after="0" w:line="240" w:lineRule="auto"/>
        <w:ind w:left="-709" w:right="-716"/>
        <w:jc w:val="both"/>
        <w:rPr>
          <w:rFonts w:ascii="Calibri" w:hAnsi="Calibri" w:cs="Calibri"/>
        </w:rPr>
      </w:pPr>
      <w:r w:rsidRPr="00155F81">
        <w:rPr>
          <w:rFonts w:ascii="Calibri" w:hAnsi="Calibri" w:cs="Calibri"/>
        </w:rPr>
        <w:t>Strongly disagree</w:t>
      </w:r>
    </w:p>
    <w:p w14:paraId="1C8431CE" w14:textId="070C3E30" w:rsidR="00E03324" w:rsidRPr="00155F81" w:rsidRDefault="00D17C09" w:rsidP="000F7FF9">
      <w:pPr>
        <w:pStyle w:val="Akapitzlist"/>
        <w:numPr>
          <w:ilvl w:val="0"/>
          <w:numId w:val="11"/>
        </w:numPr>
        <w:spacing w:after="0" w:line="240" w:lineRule="auto"/>
        <w:ind w:left="-709" w:right="-716"/>
        <w:jc w:val="both"/>
        <w:rPr>
          <w:rFonts w:ascii="Calibri" w:hAnsi="Calibri" w:cs="Calibri"/>
        </w:rPr>
      </w:pPr>
      <w:r w:rsidRPr="00155F81">
        <w:rPr>
          <w:rFonts w:ascii="Calibri" w:hAnsi="Calibri" w:cs="Calibri"/>
        </w:rPr>
        <w:t>Application deadlines specified in recruitment announcements allow all interested candidates to apply</w:t>
      </w:r>
      <w:r w:rsidR="00DC00BF" w:rsidRPr="00DC00BF">
        <w:rPr>
          <w:rFonts w:ascii="Calibri" w:hAnsi="Calibri" w:cs="Calibri"/>
          <w:color w:val="EE0000"/>
        </w:rPr>
        <w:t>*</w:t>
      </w:r>
      <w:r w:rsidRPr="00155F81">
        <w:rPr>
          <w:rFonts w:ascii="Calibri" w:hAnsi="Calibri" w:cs="Calibri"/>
        </w:rPr>
        <w:t>.</w:t>
      </w:r>
    </w:p>
    <w:p w14:paraId="41249771" w14:textId="77777777" w:rsidR="00155F81" w:rsidRPr="00155F81" w:rsidRDefault="00155F81" w:rsidP="000F7FF9">
      <w:pPr>
        <w:pStyle w:val="Akapitzlist"/>
        <w:spacing w:after="0" w:line="240" w:lineRule="auto"/>
        <w:ind w:left="-709" w:right="-716"/>
        <w:jc w:val="both"/>
        <w:rPr>
          <w:rFonts w:ascii="Calibri" w:hAnsi="Calibri" w:cs="Calibri"/>
        </w:rPr>
      </w:pPr>
      <w:r w:rsidRPr="00155F81">
        <w:rPr>
          <w:rFonts w:ascii="Calibri" w:hAnsi="Calibri" w:cs="Calibri"/>
        </w:rPr>
        <w:t xml:space="preserve">Strongly agree </w:t>
      </w:r>
    </w:p>
    <w:p w14:paraId="33D2A145" w14:textId="77777777" w:rsidR="00155F81" w:rsidRPr="00155F81" w:rsidRDefault="00155F81" w:rsidP="000F7FF9">
      <w:pPr>
        <w:pStyle w:val="Akapitzlist"/>
        <w:spacing w:after="0" w:line="240" w:lineRule="auto"/>
        <w:ind w:left="-709" w:right="-716"/>
        <w:jc w:val="both"/>
        <w:rPr>
          <w:rFonts w:ascii="Calibri" w:hAnsi="Calibri" w:cs="Calibri"/>
        </w:rPr>
      </w:pPr>
      <w:r w:rsidRPr="00155F81">
        <w:rPr>
          <w:rFonts w:ascii="Calibri" w:hAnsi="Calibri" w:cs="Calibri"/>
        </w:rPr>
        <w:t xml:space="preserve">Agree </w:t>
      </w:r>
    </w:p>
    <w:p w14:paraId="32819807" w14:textId="77777777" w:rsidR="00155F81" w:rsidRPr="00155F81" w:rsidRDefault="00155F81" w:rsidP="000F7FF9">
      <w:pPr>
        <w:pStyle w:val="Akapitzlist"/>
        <w:spacing w:after="0" w:line="240" w:lineRule="auto"/>
        <w:ind w:left="-709" w:right="-716"/>
        <w:jc w:val="both"/>
        <w:rPr>
          <w:rFonts w:ascii="Calibri" w:hAnsi="Calibri" w:cs="Calibri"/>
        </w:rPr>
      </w:pPr>
      <w:r w:rsidRPr="00155F81">
        <w:rPr>
          <w:rFonts w:ascii="Calibri" w:hAnsi="Calibri" w:cs="Calibri"/>
        </w:rPr>
        <w:t xml:space="preserve">Difficult to say </w:t>
      </w:r>
    </w:p>
    <w:p w14:paraId="30B214B8" w14:textId="77777777" w:rsidR="00155F81" w:rsidRPr="00155F81" w:rsidRDefault="00155F81" w:rsidP="000F7FF9">
      <w:pPr>
        <w:pStyle w:val="Akapitzlist"/>
        <w:spacing w:after="0" w:line="240" w:lineRule="auto"/>
        <w:ind w:left="-709" w:right="-716"/>
        <w:jc w:val="both"/>
        <w:rPr>
          <w:rFonts w:ascii="Calibri" w:hAnsi="Calibri" w:cs="Calibri"/>
        </w:rPr>
      </w:pPr>
      <w:r w:rsidRPr="00155F81">
        <w:rPr>
          <w:rFonts w:ascii="Calibri" w:hAnsi="Calibri" w:cs="Calibri"/>
        </w:rPr>
        <w:t xml:space="preserve">Disagree </w:t>
      </w:r>
    </w:p>
    <w:p w14:paraId="77BA80ED" w14:textId="3AD197F5" w:rsidR="00155F81" w:rsidRPr="00155F81" w:rsidRDefault="00155F81" w:rsidP="000F7FF9">
      <w:pPr>
        <w:pStyle w:val="Akapitzlist"/>
        <w:spacing w:after="0" w:line="240" w:lineRule="auto"/>
        <w:ind w:left="-709" w:right="-716"/>
        <w:jc w:val="both"/>
        <w:rPr>
          <w:rFonts w:ascii="Calibri" w:hAnsi="Calibri" w:cs="Calibri"/>
        </w:rPr>
      </w:pPr>
      <w:r w:rsidRPr="00155F81">
        <w:rPr>
          <w:rFonts w:ascii="Calibri" w:hAnsi="Calibri" w:cs="Calibri"/>
        </w:rPr>
        <w:t>Strongly disagree</w:t>
      </w:r>
    </w:p>
    <w:p w14:paraId="16775FEA" w14:textId="6A9CBB90" w:rsidR="00E03324" w:rsidRPr="00155F81" w:rsidRDefault="00D17C09" w:rsidP="000F7FF9">
      <w:pPr>
        <w:pStyle w:val="Akapitzlist"/>
        <w:numPr>
          <w:ilvl w:val="0"/>
          <w:numId w:val="11"/>
        </w:numPr>
        <w:spacing w:after="0" w:line="240" w:lineRule="auto"/>
        <w:ind w:left="-709" w:right="-716"/>
        <w:jc w:val="both"/>
        <w:rPr>
          <w:rFonts w:ascii="Calibri" w:hAnsi="Calibri" w:cs="Calibri"/>
        </w:rPr>
      </w:pPr>
      <w:r w:rsidRPr="00155F81">
        <w:rPr>
          <w:rFonts w:ascii="Calibri" w:hAnsi="Calibri" w:cs="Calibri"/>
        </w:rPr>
        <w:t>Candidates receive information about the strengths and weaknesses of their applications</w:t>
      </w:r>
      <w:r w:rsidR="00DC00BF" w:rsidRPr="00DC00BF">
        <w:rPr>
          <w:rFonts w:ascii="Calibri" w:hAnsi="Calibri" w:cs="Calibri"/>
          <w:color w:val="EE0000"/>
        </w:rPr>
        <w:t>*</w:t>
      </w:r>
      <w:r w:rsidRPr="00155F81">
        <w:rPr>
          <w:rFonts w:ascii="Calibri" w:hAnsi="Calibri" w:cs="Calibri"/>
        </w:rPr>
        <w:t>.</w:t>
      </w:r>
    </w:p>
    <w:p w14:paraId="3E528BC3" w14:textId="77777777" w:rsidR="00155F81" w:rsidRPr="00155F81" w:rsidRDefault="00155F81" w:rsidP="000F7FF9">
      <w:pPr>
        <w:pStyle w:val="Akapitzlist"/>
        <w:spacing w:after="0" w:line="240" w:lineRule="auto"/>
        <w:ind w:left="-709" w:right="-716"/>
        <w:jc w:val="both"/>
        <w:rPr>
          <w:rFonts w:ascii="Calibri" w:hAnsi="Calibri" w:cs="Calibri"/>
        </w:rPr>
      </w:pPr>
      <w:r w:rsidRPr="00155F81">
        <w:rPr>
          <w:rFonts w:ascii="Calibri" w:hAnsi="Calibri" w:cs="Calibri"/>
        </w:rPr>
        <w:t xml:space="preserve">Strongly agree </w:t>
      </w:r>
    </w:p>
    <w:p w14:paraId="7FC89859" w14:textId="77777777" w:rsidR="00155F81" w:rsidRPr="00155F81" w:rsidRDefault="00155F81" w:rsidP="000F7FF9">
      <w:pPr>
        <w:pStyle w:val="Akapitzlist"/>
        <w:spacing w:after="0" w:line="240" w:lineRule="auto"/>
        <w:ind w:left="-709" w:right="-716"/>
        <w:jc w:val="both"/>
        <w:rPr>
          <w:rFonts w:ascii="Calibri" w:hAnsi="Calibri" w:cs="Calibri"/>
        </w:rPr>
      </w:pPr>
      <w:r w:rsidRPr="00155F81">
        <w:rPr>
          <w:rFonts w:ascii="Calibri" w:hAnsi="Calibri" w:cs="Calibri"/>
        </w:rPr>
        <w:t xml:space="preserve">Agree </w:t>
      </w:r>
    </w:p>
    <w:p w14:paraId="4D897D60" w14:textId="77777777" w:rsidR="00155F81" w:rsidRPr="00155F81" w:rsidRDefault="00155F81" w:rsidP="000F7FF9">
      <w:pPr>
        <w:pStyle w:val="Akapitzlist"/>
        <w:spacing w:after="0" w:line="240" w:lineRule="auto"/>
        <w:ind w:left="-709" w:right="-716"/>
        <w:jc w:val="both"/>
        <w:rPr>
          <w:rFonts w:ascii="Calibri" w:hAnsi="Calibri" w:cs="Calibri"/>
        </w:rPr>
      </w:pPr>
      <w:r w:rsidRPr="00155F81">
        <w:rPr>
          <w:rFonts w:ascii="Calibri" w:hAnsi="Calibri" w:cs="Calibri"/>
        </w:rPr>
        <w:t xml:space="preserve">Difficult to say </w:t>
      </w:r>
    </w:p>
    <w:p w14:paraId="2E9BAD35" w14:textId="77777777" w:rsidR="00155F81" w:rsidRPr="00155F81" w:rsidRDefault="00155F81" w:rsidP="000F7FF9">
      <w:pPr>
        <w:pStyle w:val="Akapitzlist"/>
        <w:spacing w:after="0" w:line="240" w:lineRule="auto"/>
        <w:ind w:left="-709" w:right="-716"/>
        <w:jc w:val="both"/>
        <w:rPr>
          <w:rFonts w:ascii="Calibri" w:hAnsi="Calibri" w:cs="Calibri"/>
        </w:rPr>
      </w:pPr>
      <w:r w:rsidRPr="00155F81">
        <w:rPr>
          <w:rFonts w:ascii="Calibri" w:hAnsi="Calibri" w:cs="Calibri"/>
        </w:rPr>
        <w:t xml:space="preserve">Disagree </w:t>
      </w:r>
    </w:p>
    <w:p w14:paraId="6AB5F95B" w14:textId="2550A239" w:rsidR="00155F81" w:rsidRPr="00155F81" w:rsidRDefault="00155F81" w:rsidP="000F7FF9">
      <w:pPr>
        <w:pStyle w:val="Akapitzlist"/>
        <w:spacing w:after="0" w:line="240" w:lineRule="auto"/>
        <w:ind w:left="-709" w:right="-716"/>
        <w:jc w:val="both"/>
        <w:rPr>
          <w:rFonts w:ascii="Calibri" w:hAnsi="Calibri" w:cs="Calibri"/>
        </w:rPr>
      </w:pPr>
      <w:r w:rsidRPr="00155F81">
        <w:rPr>
          <w:rFonts w:ascii="Calibri" w:hAnsi="Calibri" w:cs="Calibri"/>
        </w:rPr>
        <w:t>Strongly disagree</w:t>
      </w:r>
    </w:p>
    <w:p w14:paraId="7CA750B2" w14:textId="0B84DE76" w:rsidR="00E03324" w:rsidRPr="00155F81" w:rsidRDefault="00D17C09" w:rsidP="000F7FF9">
      <w:pPr>
        <w:pStyle w:val="Akapitzlist"/>
        <w:numPr>
          <w:ilvl w:val="0"/>
          <w:numId w:val="11"/>
        </w:numPr>
        <w:spacing w:after="0" w:line="240" w:lineRule="auto"/>
        <w:ind w:left="-709" w:right="-716"/>
        <w:jc w:val="both"/>
        <w:rPr>
          <w:rFonts w:ascii="Calibri" w:hAnsi="Calibri" w:cs="Calibri"/>
        </w:rPr>
      </w:pPr>
      <w:r w:rsidRPr="00155F81">
        <w:rPr>
          <w:rFonts w:ascii="Calibri" w:hAnsi="Calibri" w:cs="Calibri"/>
        </w:rPr>
        <w:t>During recruitment, candidates are evaluated based on their qualifications, taking into account diverse experiences (such as publications, patents, industry experience, or non-standard career paths)</w:t>
      </w:r>
      <w:r w:rsidR="00DC00BF" w:rsidRPr="00DC00BF">
        <w:t xml:space="preserve"> </w:t>
      </w:r>
      <w:r w:rsidR="00DC00BF" w:rsidRPr="00DC00BF">
        <w:rPr>
          <w:rFonts w:ascii="Calibri" w:hAnsi="Calibri" w:cs="Calibri"/>
          <w:color w:val="EE0000"/>
        </w:rPr>
        <w:t>*</w:t>
      </w:r>
      <w:r w:rsidRPr="00155F81">
        <w:rPr>
          <w:rFonts w:ascii="Calibri" w:hAnsi="Calibri" w:cs="Calibri"/>
        </w:rPr>
        <w:t>.</w:t>
      </w:r>
    </w:p>
    <w:p w14:paraId="5F874B97" w14:textId="77777777" w:rsidR="00155F81" w:rsidRPr="00155F81" w:rsidRDefault="00155F81" w:rsidP="000F7FF9">
      <w:pPr>
        <w:pStyle w:val="Akapitzlist"/>
        <w:spacing w:after="0" w:line="240" w:lineRule="auto"/>
        <w:ind w:left="-709" w:right="-716"/>
        <w:jc w:val="both"/>
        <w:rPr>
          <w:rFonts w:ascii="Calibri" w:hAnsi="Calibri" w:cs="Calibri"/>
        </w:rPr>
      </w:pPr>
      <w:r w:rsidRPr="00155F81">
        <w:rPr>
          <w:rFonts w:ascii="Calibri" w:hAnsi="Calibri" w:cs="Calibri"/>
        </w:rPr>
        <w:t xml:space="preserve">Strongly agree </w:t>
      </w:r>
    </w:p>
    <w:p w14:paraId="646BC395" w14:textId="77777777" w:rsidR="00155F81" w:rsidRPr="00155F81" w:rsidRDefault="00155F81" w:rsidP="000F7FF9">
      <w:pPr>
        <w:pStyle w:val="Akapitzlist"/>
        <w:spacing w:after="0" w:line="240" w:lineRule="auto"/>
        <w:ind w:left="-709" w:right="-716"/>
        <w:jc w:val="both"/>
        <w:rPr>
          <w:rFonts w:ascii="Calibri" w:hAnsi="Calibri" w:cs="Calibri"/>
        </w:rPr>
      </w:pPr>
      <w:r w:rsidRPr="00155F81">
        <w:rPr>
          <w:rFonts w:ascii="Calibri" w:hAnsi="Calibri" w:cs="Calibri"/>
        </w:rPr>
        <w:t xml:space="preserve">Agree </w:t>
      </w:r>
    </w:p>
    <w:p w14:paraId="153B2245" w14:textId="77777777" w:rsidR="00155F81" w:rsidRPr="00155F81" w:rsidRDefault="00155F81" w:rsidP="000F7FF9">
      <w:pPr>
        <w:pStyle w:val="Akapitzlist"/>
        <w:spacing w:after="0" w:line="240" w:lineRule="auto"/>
        <w:ind w:left="-709" w:right="-716"/>
        <w:jc w:val="both"/>
        <w:rPr>
          <w:rFonts w:ascii="Calibri" w:hAnsi="Calibri" w:cs="Calibri"/>
        </w:rPr>
      </w:pPr>
      <w:r w:rsidRPr="00155F81">
        <w:rPr>
          <w:rFonts w:ascii="Calibri" w:hAnsi="Calibri" w:cs="Calibri"/>
        </w:rPr>
        <w:t xml:space="preserve">Difficult to say </w:t>
      </w:r>
    </w:p>
    <w:p w14:paraId="189E5D34" w14:textId="77777777" w:rsidR="00155F81" w:rsidRPr="00155F81" w:rsidRDefault="00155F81" w:rsidP="000F7FF9">
      <w:pPr>
        <w:pStyle w:val="Akapitzlist"/>
        <w:spacing w:after="0" w:line="240" w:lineRule="auto"/>
        <w:ind w:left="-709" w:right="-716"/>
        <w:jc w:val="both"/>
        <w:rPr>
          <w:rFonts w:ascii="Calibri" w:hAnsi="Calibri" w:cs="Calibri"/>
        </w:rPr>
      </w:pPr>
      <w:r w:rsidRPr="00155F81">
        <w:rPr>
          <w:rFonts w:ascii="Calibri" w:hAnsi="Calibri" w:cs="Calibri"/>
        </w:rPr>
        <w:t xml:space="preserve">Disagree </w:t>
      </w:r>
    </w:p>
    <w:p w14:paraId="4C52C473" w14:textId="0E6A46D8" w:rsidR="00155F81" w:rsidRPr="00155F81" w:rsidRDefault="00155F81" w:rsidP="000F7FF9">
      <w:pPr>
        <w:pStyle w:val="Akapitzlist"/>
        <w:spacing w:after="0" w:line="240" w:lineRule="auto"/>
        <w:ind w:left="-709" w:right="-716"/>
        <w:jc w:val="both"/>
        <w:rPr>
          <w:rFonts w:ascii="Calibri" w:hAnsi="Calibri" w:cs="Calibri"/>
        </w:rPr>
      </w:pPr>
      <w:r w:rsidRPr="00155F81">
        <w:rPr>
          <w:rFonts w:ascii="Calibri" w:hAnsi="Calibri" w:cs="Calibri"/>
        </w:rPr>
        <w:t>Strongly disagree</w:t>
      </w:r>
    </w:p>
    <w:p w14:paraId="39CFC1D0" w14:textId="3D58F9CB" w:rsidR="00E03324" w:rsidRPr="00155F81" w:rsidRDefault="00D17C09" w:rsidP="000F7FF9">
      <w:pPr>
        <w:pStyle w:val="Akapitzlist"/>
        <w:numPr>
          <w:ilvl w:val="0"/>
          <w:numId w:val="11"/>
        </w:numPr>
        <w:spacing w:after="0" w:line="240" w:lineRule="auto"/>
        <w:ind w:left="-709" w:right="-716"/>
        <w:jc w:val="both"/>
        <w:rPr>
          <w:rFonts w:ascii="Calibri" w:hAnsi="Calibri" w:cs="Calibri"/>
        </w:rPr>
      </w:pPr>
      <w:r w:rsidRPr="00155F81">
        <w:rPr>
          <w:rFonts w:ascii="Calibri" w:hAnsi="Calibri" w:cs="Calibri"/>
        </w:rPr>
        <w:t>Mobility (including virtual mobility) and changing disciplines are perceived as valuable contributions to a researcher’s professional development</w:t>
      </w:r>
      <w:r w:rsidR="00DC00BF" w:rsidRPr="00DC00BF">
        <w:rPr>
          <w:rFonts w:ascii="Calibri" w:hAnsi="Calibri" w:cs="Calibri"/>
          <w:color w:val="EE0000"/>
        </w:rPr>
        <w:t>*</w:t>
      </w:r>
      <w:r w:rsidRPr="00155F81">
        <w:rPr>
          <w:rFonts w:ascii="Calibri" w:hAnsi="Calibri" w:cs="Calibri"/>
        </w:rPr>
        <w:t>.</w:t>
      </w:r>
    </w:p>
    <w:p w14:paraId="7182C74B" w14:textId="77777777" w:rsidR="00155F81" w:rsidRPr="00155F81" w:rsidRDefault="00155F81" w:rsidP="000F7FF9">
      <w:pPr>
        <w:pStyle w:val="Akapitzlist"/>
        <w:spacing w:after="0" w:line="240" w:lineRule="auto"/>
        <w:ind w:left="-709" w:right="-716"/>
        <w:jc w:val="both"/>
        <w:rPr>
          <w:rFonts w:ascii="Calibri" w:hAnsi="Calibri" w:cs="Calibri"/>
        </w:rPr>
      </w:pPr>
      <w:r w:rsidRPr="00155F81">
        <w:rPr>
          <w:rFonts w:ascii="Calibri" w:hAnsi="Calibri" w:cs="Calibri"/>
        </w:rPr>
        <w:t xml:space="preserve">Strongly agree </w:t>
      </w:r>
    </w:p>
    <w:p w14:paraId="4124792A" w14:textId="77777777" w:rsidR="00155F81" w:rsidRPr="00155F81" w:rsidRDefault="00155F81" w:rsidP="000F7FF9">
      <w:pPr>
        <w:pStyle w:val="Akapitzlist"/>
        <w:spacing w:after="0" w:line="240" w:lineRule="auto"/>
        <w:ind w:left="-709" w:right="-716"/>
        <w:jc w:val="both"/>
        <w:rPr>
          <w:rFonts w:ascii="Calibri" w:hAnsi="Calibri" w:cs="Calibri"/>
        </w:rPr>
      </w:pPr>
      <w:r w:rsidRPr="00155F81">
        <w:rPr>
          <w:rFonts w:ascii="Calibri" w:hAnsi="Calibri" w:cs="Calibri"/>
        </w:rPr>
        <w:t xml:space="preserve">Agree </w:t>
      </w:r>
    </w:p>
    <w:p w14:paraId="2F490FE8" w14:textId="77777777" w:rsidR="00155F81" w:rsidRPr="00155F81" w:rsidRDefault="00155F81" w:rsidP="000F7FF9">
      <w:pPr>
        <w:pStyle w:val="Akapitzlist"/>
        <w:spacing w:after="0" w:line="240" w:lineRule="auto"/>
        <w:ind w:left="-709" w:right="-716"/>
        <w:jc w:val="both"/>
        <w:rPr>
          <w:rFonts w:ascii="Calibri" w:hAnsi="Calibri" w:cs="Calibri"/>
        </w:rPr>
      </w:pPr>
      <w:r w:rsidRPr="00155F81">
        <w:rPr>
          <w:rFonts w:ascii="Calibri" w:hAnsi="Calibri" w:cs="Calibri"/>
        </w:rPr>
        <w:t xml:space="preserve">Difficult to say </w:t>
      </w:r>
    </w:p>
    <w:p w14:paraId="20F41458" w14:textId="77777777" w:rsidR="00155F81" w:rsidRPr="00155F81" w:rsidRDefault="00155F81" w:rsidP="000F7FF9">
      <w:pPr>
        <w:pStyle w:val="Akapitzlist"/>
        <w:spacing w:after="0" w:line="240" w:lineRule="auto"/>
        <w:ind w:left="-709" w:right="-716"/>
        <w:jc w:val="both"/>
        <w:rPr>
          <w:rFonts w:ascii="Calibri" w:hAnsi="Calibri" w:cs="Calibri"/>
        </w:rPr>
      </w:pPr>
      <w:r w:rsidRPr="00155F81">
        <w:rPr>
          <w:rFonts w:ascii="Calibri" w:hAnsi="Calibri" w:cs="Calibri"/>
        </w:rPr>
        <w:t xml:space="preserve">Disagree </w:t>
      </w:r>
    </w:p>
    <w:p w14:paraId="2F2C1672" w14:textId="4EBD3E5F" w:rsidR="00155F81" w:rsidRPr="00155F81" w:rsidRDefault="00155F81" w:rsidP="000F7FF9">
      <w:pPr>
        <w:pStyle w:val="Akapitzlist"/>
        <w:spacing w:after="0" w:line="240" w:lineRule="auto"/>
        <w:ind w:left="-709" w:right="-716"/>
        <w:jc w:val="both"/>
        <w:rPr>
          <w:rFonts w:ascii="Calibri" w:hAnsi="Calibri" w:cs="Calibri"/>
        </w:rPr>
      </w:pPr>
      <w:r w:rsidRPr="00155F81">
        <w:rPr>
          <w:rFonts w:ascii="Calibri" w:hAnsi="Calibri" w:cs="Calibri"/>
        </w:rPr>
        <w:t>Strongly disagree</w:t>
      </w:r>
    </w:p>
    <w:p w14:paraId="724B19DB" w14:textId="0194980C" w:rsidR="00E03324" w:rsidRPr="00155F81" w:rsidRDefault="00D17C09" w:rsidP="000F7FF9">
      <w:pPr>
        <w:pStyle w:val="Akapitzlist"/>
        <w:numPr>
          <w:ilvl w:val="0"/>
          <w:numId w:val="11"/>
        </w:numPr>
        <w:spacing w:after="0" w:line="240" w:lineRule="auto"/>
        <w:ind w:left="-709" w:right="-716"/>
        <w:jc w:val="both"/>
        <w:rPr>
          <w:rFonts w:ascii="Calibri" w:hAnsi="Calibri" w:cs="Calibri"/>
        </w:rPr>
      </w:pPr>
      <w:r w:rsidRPr="00155F81">
        <w:rPr>
          <w:rFonts w:ascii="Calibri" w:hAnsi="Calibri" w:cs="Calibri"/>
        </w:rPr>
        <w:t>The university has clear rules for applying for positions such as professor, assistant professor, or assistant</w:t>
      </w:r>
      <w:r w:rsidR="00B32B46" w:rsidRPr="00B32B46">
        <w:rPr>
          <w:rFonts w:ascii="Calibri" w:hAnsi="Calibri" w:cs="Calibri"/>
          <w:color w:val="EE0000"/>
        </w:rPr>
        <w:t>*</w:t>
      </w:r>
      <w:r w:rsidR="00B32B46">
        <w:rPr>
          <w:rFonts w:ascii="Calibri" w:hAnsi="Calibri" w:cs="Calibri"/>
        </w:rPr>
        <w:t xml:space="preserve"> </w:t>
      </w:r>
      <w:r w:rsidRPr="00155F81">
        <w:rPr>
          <w:rFonts w:ascii="Calibri" w:hAnsi="Calibri" w:cs="Calibri"/>
        </w:rPr>
        <w:t>.</w:t>
      </w:r>
    </w:p>
    <w:p w14:paraId="1579C567" w14:textId="77777777" w:rsidR="00155F81" w:rsidRPr="00155F81" w:rsidRDefault="00155F81" w:rsidP="000F7FF9">
      <w:pPr>
        <w:pStyle w:val="Akapitzlist"/>
        <w:spacing w:after="0" w:line="240" w:lineRule="auto"/>
        <w:ind w:left="-709" w:right="-716"/>
        <w:jc w:val="both"/>
        <w:rPr>
          <w:rFonts w:ascii="Calibri" w:hAnsi="Calibri" w:cs="Calibri"/>
        </w:rPr>
      </w:pPr>
      <w:r w:rsidRPr="00155F81">
        <w:rPr>
          <w:rFonts w:ascii="Calibri" w:hAnsi="Calibri" w:cs="Calibri"/>
        </w:rPr>
        <w:t xml:space="preserve">Strongly agree </w:t>
      </w:r>
    </w:p>
    <w:p w14:paraId="7B96B277" w14:textId="77777777" w:rsidR="00155F81" w:rsidRPr="00155F81" w:rsidRDefault="00155F81" w:rsidP="000F7FF9">
      <w:pPr>
        <w:pStyle w:val="Akapitzlist"/>
        <w:spacing w:after="0" w:line="240" w:lineRule="auto"/>
        <w:ind w:left="-709" w:right="-716"/>
        <w:jc w:val="both"/>
        <w:rPr>
          <w:rFonts w:ascii="Calibri" w:hAnsi="Calibri" w:cs="Calibri"/>
        </w:rPr>
      </w:pPr>
      <w:r w:rsidRPr="00155F81">
        <w:rPr>
          <w:rFonts w:ascii="Calibri" w:hAnsi="Calibri" w:cs="Calibri"/>
        </w:rPr>
        <w:t xml:space="preserve">Agree </w:t>
      </w:r>
    </w:p>
    <w:p w14:paraId="5F498C52" w14:textId="77777777" w:rsidR="00155F81" w:rsidRPr="00155F81" w:rsidRDefault="00155F81" w:rsidP="000F7FF9">
      <w:pPr>
        <w:pStyle w:val="Akapitzlist"/>
        <w:spacing w:after="0" w:line="240" w:lineRule="auto"/>
        <w:ind w:left="-709" w:right="-716"/>
        <w:jc w:val="both"/>
        <w:rPr>
          <w:rFonts w:ascii="Calibri" w:hAnsi="Calibri" w:cs="Calibri"/>
        </w:rPr>
      </w:pPr>
      <w:r w:rsidRPr="00155F81">
        <w:rPr>
          <w:rFonts w:ascii="Calibri" w:hAnsi="Calibri" w:cs="Calibri"/>
        </w:rPr>
        <w:t xml:space="preserve">Difficult to say </w:t>
      </w:r>
    </w:p>
    <w:p w14:paraId="239900D4" w14:textId="77777777" w:rsidR="00155F81" w:rsidRPr="00155F81" w:rsidRDefault="00155F81" w:rsidP="000F7FF9">
      <w:pPr>
        <w:pStyle w:val="Akapitzlist"/>
        <w:spacing w:after="0" w:line="240" w:lineRule="auto"/>
        <w:ind w:left="-709" w:right="-716"/>
        <w:jc w:val="both"/>
        <w:rPr>
          <w:rFonts w:ascii="Calibri" w:hAnsi="Calibri" w:cs="Calibri"/>
        </w:rPr>
      </w:pPr>
      <w:r w:rsidRPr="00155F81">
        <w:rPr>
          <w:rFonts w:ascii="Calibri" w:hAnsi="Calibri" w:cs="Calibri"/>
        </w:rPr>
        <w:t xml:space="preserve">Disagree </w:t>
      </w:r>
    </w:p>
    <w:p w14:paraId="46B041ED" w14:textId="3FC19317" w:rsidR="00155F81" w:rsidRPr="00155F81" w:rsidRDefault="00155F81" w:rsidP="000F7FF9">
      <w:pPr>
        <w:pStyle w:val="Akapitzlist"/>
        <w:spacing w:after="0" w:line="240" w:lineRule="auto"/>
        <w:ind w:left="-709" w:right="-716"/>
        <w:jc w:val="both"/>
        <w:rPr>
          <w:rFonts w:ascii="Calibri" w:hAnsi="Calibri" w:cs="Calibri"/>
        </w:rPr>
      </w:pPr>
      <w:r w:rsidRPr="00155F81">
        <w:rPr>
          <w:rFonts w:ascii="Calibri" w:hAnsi="Calibri" w:cs="Calibri"/>
        </w:rPr>
        <w:t>Strongly disagree</w:t>
      </w:r>
    </w:p>
    <w:p w14:paraId="462BE9D5" w14:textId="47B0CCE2" w:rsidR="00E03324" w:rsidRPr="00155F81" w:rsidRDefault="00D17C09" w:rsidP="000F7FF9">
      <w:pPr>
        <w:pStyle w:val="Akapitzlist"/>
        <w:numPr>
          <w:ilvl w:val="0"/>
          <w:numId w:val="11"/>
        </w:numPr>
        <w:spacing w:after="0" w:line="240" w:lineRule="auto"/>
        <w:ind w:left="-709" w:right="-716"/>
        <w:jc w:val="both"/>
        <w:rPr>
          <w:rFonts w:ascii="Calibri" w:hAnsi="Calibri" w:cs="Calibri"/>
        </w:rPr>
      </w:pPr>
      <w:r w:rsidRPr="00155F81">
        <w:rPr>
          <w:rFonts w:ascii="Calibri" w:hAnsi="Calibri" w:cs="Calibri"/>
        </w:rPr>
        <w:t>The university defines the level of basic qualifications corresponding to the needs of a given position</w:t>
      </w:r>
      <w:r w:rsidR="00B32B46">
        <w:rPr>
          <w:rFonts w:ascii="Calibri" w:hAnsi="Calibri" w:cs="Calibri"/>
        </w:rPr>
        <w:t xml:space="preserve"> </w:t>
      </w:r>
      <w:r w:rsidR="00B32B46" w:rsidRPr="00B32B46">
        <w:rPr>
          <w:rFonts w:ascii="Calibri" w:hAnsi="Calibri" w:cs="Calibri"/>
          <w:color w:val="EE0000"/>
        </w:rPr>
        <w:t>*</w:t>
      </w:r>
      <w:r w:rsidRPr="00155F81">
        <w:rPr>
          <w:rFonts w:ascii="Calibri" w:hAnsi="Calibri" w:cs="Calibri"/>
        </w:rPr>
        <w:t>.</w:t>
      </w:r>
    </w:p>
    <w:p w14:paraId="79D72C92" w14:textId="77777777" w:rsidR="00155F81" w:rsidRPr="00155F81" w:rsidRDefault="00155F81" w:rsidP="000F7FF9">
      <w:pPr>
        <w:pStyle w:val="Akapitzlist"/>
        <w:spacing w:after="0" w:line="240" w:lineRule="auto"/>
        <w:ind w:left="-709" w:right="-716"/>
        <w:jc w:val="both"/>
        <w:rPr>
          <w:rFonts w:ascii="Calibri" w:hAnsi="Calibri" w:cs="Calibri"/>
        </w:rPr>
      </w:pPr>
      <w:r w:rsidRPr="00155F81">
        <w:rPr>
          <w:rFonts w:ascii="Calibri" w:hAnsi="Calibri" w:cs="Calibri"/>
        </w:rPr>
        <w:t xml:space="preserve">Strongly agree </w:t>
      </w:r>
    </w:p>
    <w:p w14:paraId="4ED5CCC2" w14:textId="77777777" w:rsidR="00155F81" w:rsidRPr="00155F81" w:rsidRDefault="00155F81" w:rsidP="000F7FF9">
      <w:pPr>
        <w:pStyle w:val="Akapitzlist"/>
        <w:spacing w:after="0" w:line="240" w:lineRule="auto"/>
        <w:ind w:left="-709" w:right="-716"/>
        <w:jc w:val="both"/>
        <w:rPr>
          <w:rFonts w:ascii="Calibri" w:hAnsi="Calibri" w:cs="Calibri"/>
        </w:rPr>
      </w:pPr>
      <w:r w:rsidRPr="00155F81">
        <w:rPr>
          <w:rFonts w:ascii="Calibri" w:hAnsi="Calibri" w:cs="Calibri"/>
        </w:rPr>
        <w:t xml:space="preserve">Agree </w:t>
      </w:r>
    </w:p>
    <w:p w14:paraId="7B1D01B8" w14:textId="77777777" w:rsidR="00155F81" w:rsidRPr="00155F81" w:rsidRDefault="00155F81" w:rsidP="000F7FF9">
      <w:pPr>
        <w:pStyle w:val="Akapitzlist"/>
        <w:spacing w:after="0" w:line="240" w:lineRule="auto"/>
        <w:ind w:left="-709" w:right="-716"/>
        <w:jc w:val="both"/>
        <w:rPr>
          <w:rFonts w:ascii="Calibri" w:hAnsi="Calibri" w:cs="Calibri"/>
        </w:rPr>
      </w:pPr>
      <w:r w:rsidRPr="00155F81">
        <w:rPr>
          <w:rFonts w:ascii="Calibri" w:hAnsi="Calibri" w:cs="Calibri"/>
        </w:rPr>
        <w:t xml:space="preserve">Difficult to say </w:t>
      </w:r>
    </w:p>
    <w:p w14:paraId="22D7E87B" w14:textId="77777777" w:rsidR="00155F81" w:rsidRPr="00155F81" w:rsidRDefault="00155F81" w:rsidP="000F7FF9">
      <w:pPr>
        <w:pStyle w:val="Akapitzlist"/>
        <w:spacing w:after="0" w:line="240" w:lineRule="auto"/>
        <w:ind w:left="-709" w:right="-716"/>
        <w:jc w:val="both"/>
        <w:rPr>
          <w:rFonts w:ascii="Calibri" w:hAnsi="Calibri" w:cs="Calibri"/>
        </w:rPr>
      </w:pPr>
      <w:r w:rsidRPr="00155F81">
        <w:rPr>
          <w:rFonts w:ascii="Calibri" w:hAnsi="Calibri" w:cs="Calibri"/>
        </w:rPr>
        <w:t xml:space="preserve">Disagree </w:t>
      </w:r>
    </w:p>
    <w:p w14:paraId="025804FE" w14:textId="4FFE7B3E" w:rsidR="00155F81" w:rsidRPr="00155F81" w:rsidRDefault="00155F81" w:rsidP="000F7FF9">
      <w:pPr>
        <w:pStyle w:val="Akapitzlist"/>
        <w:spacing w:after="0" w:line="240" w:lineRule="auto"/>
        <w:ind w:left="-709" w:right="-716"/>
        <w:jc w:val="both"/>
        <w:rPr>
          <w:rFonts w:ascii="Calibri" w:hAnsi="Calibri" w:cs="Calibri"/>
        </w:rPr>
      </w:pPr>
      <w:r w:rsidRPr="00155F81">
        <w:rPr>
          <w:rFonts w:ascii="Calibri" w:hAnsi="Calibri" w:cs="Calibri"/>
        </w:rPr>
        <w:t>Strongly disagree</w:t>
      </w:r>
    </w:p>
    <w:p w14:paraId="1DB67336" w14:textId="125F466C" w:rsidR="00E03324" w:rsidRPr="00155F81" w:rsidRDefault="00D17C09" w:rsidP="000F7FF9">
      <w:pPr>
        <w:pStyle w:val="Akapitzlist"/>
        <w:numPr>
          <w:ilvl w:val="0"/>
          <w:numId w:val="11"/>
        </w:numPr>
        <w:spacing w:after="0" w:line="240" w:lineRule="auto"/>
        <w:ind w:left="-709" w:right="-716"/>
        <w:jc w:val="both"/>
        <w:rPr>
          <w:rFonts w:ascii="Calibri" w:hAnsi="Calibri" w:cs="Calibri"/>
        </w:rPr>
      </w:pPr>
      <w:r w:rsidRPr="00155F81">
        <w:rPr>
          <w:rFonts w:ascii="Calibri" w:hAnsi="Calibri" w:cs="Calibri"/>
        </w:rPr>
        <w:t>UITM has clear rules regarding academic promotion</w:t>
      </w:r>
      <w:r w:rsidR="00B32B46" w:rsidRPr="00B32B46">
        <w:rPr>
          <w:rFonts w:ascii="Calibri" w:hAnsi="Calibri" w:cs="Calibri"/>
          <w:color w:val="EE0000"/>
        </w:rPr>
        <w:t>*</w:t>
      </w:r>
      <w:r w:rsidR="00B32B46">
        <w:rPr>
          <w:rFonts w:ascii="Calibri" w:hAnsi="Calibri" w:cs="Calibri"/>
        </w:rPr>
        <w:t xml:space="preserve"> </w:t>
      </w:r>
      <w:r w:rsidRPr="00155F81">
        <w:rPr>
          <w:rFonts w:ascii="Calibri" w:hAnsi="Calibri" w:cs="Calibri"/>
        </w:rPr>
        <w:t>.</w:t>
      </w:r>
    </w:p>
    <w:p w14:paraId="26AAAFF4" w14:textId="77777777" w:rsidR="00155F81" w:rsidRPr="00155F81" w:rsidRDefault="00155F81" w:rsidP="000F7FF9">
      <w:pPr>
        <w:pStyle w:val="Akapitzlist"/>
        <w:spacing w:after="0" w:line="240" w:lineRule="auto"/>
        <w:ind w:left="-709" w:right="-716"/>
        <w:jc w:val="both"/>
        <w:rPr>
          <w:rFonts w:ascii="Calibri" w:hAnsi="Calibri" w:cs="Calibri"/>
        </w:rPr>
      </w:pPr>
      <w:r w:rsidRPr="00155F81">
        <w:rPr>
          <w:rFonts w:ascii="Calibri" w:hAnsi="Calibri" w:cs="Calibri"/>
        </w:rPr>
        <w:lastRenderedPageBreak/>
        <w:t xml:space="preserve">Strongly agree </w:t>
      </w:r>
    </w:p>
    <w:p w14:paraId="7D2CEDF8" w14:textId="77777777" w:rsidR="00155F81" w:rsidRPr="00155F81" w:rsidRDefault="00155F81" w:rsidP="000F7FF9">
      <w:pPr>
        <w:pStyle w:val="Akapitzlist"/>
        <w:spacing w:after="0" w:line="240" w:lineRule="auto"/>
        <w:ind w:left="-709" w:right="-716"/>
        <w:jc w:val="both"/>
        <w:rPr>
          <w:rFonts w:ascii="Calibri" w:hAnsi="Calibri" w:cs="Calibri"/>
        </w:rPr>
      </w:pPr>
      <w:r w:rsidRPr="00155F81">
        <w:rPr>
          <w:rFonts w:ascii="Calibri" w:hAnsi="Calibri" w:cs="Calibri"/>
        </w:rPr>
        <w:t xml:space="preserve">Agree </w:t>
      </w:r>
    </w:p>
    <w:p w14:paraId="3FB23283" w14:textId="77777777" w:rsidR="00155F81" w:rsidRPr="00155F81" w:rsidRDefault="00155F81" w:rsidP="000F7FF9">
      <w:pPr>
        <w:pStyle w:val="Akapitzlist"/>
        <w:spacing w:after="0" w:line="240" w:lineRule="auto"/>
        <w:ind w:left="-709" w:right="-716"/>
        <w:jc w:val="both"/>
        <w:rPr>
          <w:rFonts w:ascii="Calibri" w:hAnsi="Calibri" w:cs="Calibri"/>
        </w:rPr>
      </w:pPr>
      <w:r w:rsidRPr="00155F81">
        <w:rPr>
          <w:rFonts w:ascii="Calibri" w:hAnsi="Calibri" w:cs="Calibri"/>
        </w:rPr>
        <w:t xml:space="preserve">Difficult to say </w:t>
      </w:r>
    </w:p>
    <w:p w14:paraId="3248A954" w14:textId="77777777" w:rsidR="00155F81" w:rsidRPr="00155F81" w:rsidRDefault="00155F81" w:rsidP="000F7FF9">
      <w:pPr>
        <w:pStyle w:val="Akapitzlist"/>
        <w:spacing w:after="0" w:line="240" w:lineRule="auto"/>
        <w:ind w:left="-709" w:right="-716"/>
        <w:jc w:val="both"/>
        <w:rPr>
          <w:rFonts w:ascii="Calibri" w:hAnsi="Calibri" w:cs="Calibri"/>
        </w:rPr>
      </w:pPr>
      <w:r w:rsidRPr="00155F81">
        <w:rPr>
          <w:rFonts w:ascii="Calibri" w:hAnsi="Calibri" w:cs="Calibri"/>
        </w:rPr>
        <w:t xml:space="preserve">Disagree </w:t>
      </w:r>
    </w:p>
    <w:p w14:paraId="7B6EA87E" w14:textId="6C60288E" w:rsidR="00E03324" w:rsidRPr="00440173" w:rsidRDefault="00155F81" w:rsidP="000F7FF9">
      <w:pPr>
        <w:pStyle w:val="Akapitzlist"/>
        <w:spacing w:after="0" w:line="240" w:lineRule="auto"/>
        <w:ind w:left="-709" w:right="-716"/>
        <w:jc w:val="both"/>
        <w:rPr>
          <w:rFonts w:ascii="Calibri" w:hAnsi="Calibri" w:cs="Calibri"/>
        </w:rPr>
      </w:pPr>
      <w:r w:rsidRPr="00155F81">
        <w:rPr>
          <w:rFonts w:ascii="Calibri" w:hAnsi="Calibri" w:cs="Calibri"/>
        </w:rPr>
        <w:t>Strongly disagree</w:t>
      </w:r>
    </w:p>
    <w:p w14:paraId="5F42EDB8" w14:textId="77777777" w:rsidR="00E03324" w:rsidRPr="00440173" w:rsidRDefault="00D17C09" w:rsidP="000F7FF9">
      <w:pPr>
        <w:spacing w:after="0" w:line="240" w:lineRule="auto"/>
        <w:ind w:left="-709" w:right="-716"/>
        <w:jc w:val="both"/>
        <w:rPr>
          <w:rFonts w:ascii="Calibri" w:hAnsi="Calibri" w:cs="Calibri"/>
        </w:rPr>
      </w:pPr>
      <w:r w:rsidRPr="00440173">
        <w:rPr>
          <w:rFonts w:ascii="Calibri" w:hAnsi="Calibri" w:cs="Calibri"/>
        </w:rPr>
        <w:t>Please indicate actions that, in your opinion, could be undertaken in the future to improve the current principles of professional ethics.</w:t>
      </w:r>
    </w:p>
    <w:p w14:paraId="25A6A71A" w14:textId="356F7D21" w:rsidR="00E03324" w:rsidRPr="00440173" w:rsidRDefault="00155F81" w:rsidP="000F7FF9">
      <w:pPr>
        <w:spacing w:after="0" w:line="240" w:lineRule="auto"/>
        <w:ind w:left="-709" w:right="-716"/>
        <w:jc w:val="both"/>
        <w:rPr>
          <w:rFonts w:ascii="Calibri" w:hAnsi="Calibri" w:cs="Calibri"/>
        </w:rPr>
      </w:pPr>
      <w:r>
        <w:rPr>
          <w:rFonts w:ascii="Calibri" w:hAnsi="Calibri" w:cs="Calibri"/>
        </w:rPr>
        <w:t>……………………………………………………………………………………………………………………………………………………..</w:t>
      </w:r>
    </w:p>
    <w:p w14:paraId="75921B33" w14:textId="77777777" w:rsidR="000F7FF9" w:rsidRDefault="000F7FF9" w:rsidP="000F7FF9">
      <w:pPr>
        <w:spacing w:after="0" w:line="240" w:lineRule="auto"/>
        <w:ind w:left="-709" w:right="-716"/>
        <w:jc w:val="both"/>
        <w:rPr>
          <w:rFonts w:ascii="Calibri" w:hAnsi="Calibri" w:cs="Calibri"/>
        </w:rPr>
      </w:pPr>
    </w:p>
    <w:p w14:paraId="1D833184" w14:textId="0C495D6F" w:rsidR="00E03324" w:rsidRPr="00440173" w:rsidRDefault="00D17C09" w:rsidP="000F7FF9">
      <w:pPr>
        <w:spacing w:after="0" w:line="240" w:lineRule="auto"/>
        <w:ind w:left="-709" w:right="-716"/>
        <w:jc w:val="both"/>
        <w:rPr>
          <w:rFonts w:ascii="Calibri" w:hAnsi="Calibri" w:cs="Calibri"/>
        </w:rPr>
      </w:pPr>
      <w:r w:rsidRPr="00440173">
        <w:rPr>
          <w:rFonts w:ascii="Calibri" w:hAnsi="Calibri" w:cs="Calibri"/>
        </w:rPr>
        <w:t>PART III. WORKING CONDITIONS</w:t>
      </w:r>
    </w:p>
    <w:p w14:paraId="4D0F4A74" w14:textId="1E56EF56" w:rsidR="00E03324" w:rsidRPr="00563F3B" w:rsidRDefault="00D17C09" w:rsidP="000F7FF9">
      <w:pPr>
        <w:pStyle w:val="Akapitzlist"/>
        <w:numPr>
          <w:ilvl w:val="0"/>
          <w:numId w:val="11"/>
        </w:numPr>
        <w:spacing w:after="0" w:line="240" w:lineRule="auto"/>
        <w:ind w:left="-709" w:right="-716"/>
        <w:jc w:val="both"/>
        <w:rPr>
          <w:rFonts w:ascii="Calibri" w:hAnsi="Calibri" w:cs="Calibri"/>
        </w:rPr>
      </w:pPr>
      <w:r w:rsidRPr="00563F3B">
        <w:rPr>
          <w:rFonts w:ascii="Calibri" w:hAnsi="Calibri" w:cs="Calibri"/>
        </w:rPr>
        <w:t>The research environment (laboratories, infrastructure, training) supports and stimulates scientific research</w:t>
      </w:r>
      <w:r w:rsidR="00B32B46">
        <w:rPr>
          <w:rFonts w:ascii="Calibri" w:hAnsi="Calibri" w:cs="Calibri"/>
        </w:rPr>
        <w:t xml:space="preserve"> </w:t>
      </w:r>
      <w:r w:rsidR="00B32B46" w:rsidRPr="00B32B46">
        <w:rPr>
          <w:rFonts w:ascii="Calibri" w:hAnsi="Calibri" w:cs="Calibri"/>
          <w:color w:val="EE0000"/>
        </w:rPr>
        <w:t>*</w:t>
      </w:r>
      <w:r w:rsidRPr="00563F3B">
        <w:rPr>
          <w:rFonts w:ascii="Calibri" w:hAnsi="Calibri" w:cs="Calibri"/>
        </w:rPr>
        <w:t>.</w:t>
      </w:r>
    </w:p>
    <w:p w14:paraId="4FEB9E18" w14:textId="77777777" w:rsidR="00563F3B" w:rsidRPr="00563F3B" w:rsidRDefault="00563F3B" w:rsidP="000F7FF9">
      <w:pPr>
        <w:pStyle w:val="Akapitzlist"/>
        <w:spacing w:after="0" w:line="240" w:lineRule="auto"/>
        <w:ind w:left="-709" w:right="-716"/>
        <w:jc w:val="both"/>
        <w:rPr>
          <w:rFonts w:ascii="Calibri" w:hAnsi="Calibri" w:cs="Calibri"/>
        </w:rPr>
      </w:pPr>
      <w:r w:rsidRPr="00563F3B">
        <w:rPr>
          <w:rFonts w:ascii="Calibri" w:hAnsi="Calibri" w:cs="Calibri"/>
        </w:rPr>
        <w:t xml:space="preserve">Strongly agree </w:t>
      </w:r>
    </w:p>
    <w:p w14:paraId="1D1CE11A" w14:textId="77777777" w:rsidR="00563F3B" w:rsidRPr="00563F3B" w:rsidRDefault="00563F3B" w:rsidP="000F7FF9">
      <w:pPr>
        <w:pStyle w:val="Akapitzlist"/>
        <w:spacing w:after="0" w:line="240" w:lineRule="auto"/>
        <w:ind w:left="-709" w:right="-716"/>
        <w:jc w:val="both"/>
        <w:rPr>
          <w:rFonts w:ascii="Calibri" w:hAnsi="Calibri" w:cs="Calibri"/>
        </w:rPr>
      </w:pPr>
      <w:r w:rsidRPr="00563F3B">
        <w:rPr>
          <w:rFonts w:ascii="Calibri" w:hAnsi="Calibri" w:cs="Calibri"/>
        </w:rPr>
        <w:t xml:space="preserve">Agree </w:t>
      </w:r>
    </w:p>
    <w:p w14:paraId="77F468E0" w14:textId="77777777" w:rsidR="00563F3B" w:rsidRPr="00563F3B" w:rsidRDefault="00563F3B" w:rsidP="000F7FF9">
      <w:pPr>
        <w:pStyle w:val="Akapitzlist"/>
        <w:spacing w:after="0" w:line="240" w:lineRule="auto"/>
        <w:ind w:left="-709" w:right="-716"/>
        <w:jc w:val="both"/>
        <w:rPr>
          <w:rFonts w:ascii="Calibri" w:hAnsi="Calibri" w:cs="Calibri"/>
        </w:rPr>
      </w:pPr>
      <w:r w:rsidRPr="00563F3B">
        <w:rPr>
          <w:rFonts w:ascii="Calibri" w:hAnsi="Calibri" w:cs="Calibri"/>
        </w:rPr>
        <w:t xml:space="preserve">Difficult to say </w:t>
      </w:r>
    </w:p>
    <w:p w14:paraId="76684FAF" w14:textId="77777777" w:rsidR="00563F3B" w:rsidRPr="00563F3B" w:rsidRDefault="00563F3B" w:rsidP="000F7FF9">
      <w:pPr>
        <w:pStyle w:val="Akapitzlist"/>
        <w:spacing w:after="0" w:line="240" w:lineRule="auto"/>
        <w:ind w:left="-709" w:right="-716"/>
        <w:jc w:val="both"/>
        <w:rPr>
          <w:rFonts w:ascii="Calibri" w:hAnsi="Calibri" w:cs="Calibri"/>
        </w:rPr>
      </w:pPr>
      <w:r w:rsidRPr="00563F3B">
        <w:rPr>
          <w:rFonts w:ascii="Calibri" w:hAnsi="Calibri" w:cs="Calibri"/>
        </w:rPr>
        <w:t xml:space="preserve">Disagree </w:t>
      </w:r>
    </w:p>
    <w:p w14:paraId="51ED22B1" w14:textId="1AC5E596" w:rsidR="00563F3B" w:rsidRPr="00563F3B" w:rsidRDefault="00563F3B" w:rsidP="000F7FF9">
      <w:pPr>
        <w:pStyle w:val="Akapitzlist"/>
        <w:spacing w:after="0" w:line="240" w:lineRule="auto"/>
        <w:ind w:left="-709" w:right="-716"/>
        <w:jc w:val="both"/>
        <w:rPr>
          <w:rFonts w:ascii="Calibri" w:hAnsi="Calibri" w:cs="Calibri"/>
        </w:rPr>
      </w:pPr>
      <w:r w:rsidRPr="00563F3B">
        <w:rPr>
          <w:rFonts w:ascii="Calibri" w:hAnsi="Calibri" w:cs="Calibri"/>
        </w:rPr>
        <w:t>Strongly disagree</w:t>
      </w:r>
    </w:p>
    <w:p w14:paraId="5EA81224" w14:textId="711B0168" w:rsidR="00E03324" w:rsidRPr="00563F3B" w:rsidRDefault="00D17C09" w:rsidP="000F7FF9">
      <w:pPr>
        <w:pStyle w:val="Akapitzlist"/>
        <w:numPr>
          <w:ilvl w:val="0"/>
          <w:numId w:val="11"/>
        </w:numPr>
        <w:spacing w:after="0" w:line="240" w:lineRule="auto"/>
        <w:ind w:left="-709" w:right="-716"/>
        <w:jc w:val="both"/>
        <w:rPr>
          <w:rFonts w:ascii="Calibri" w:hAnsi="Calibri" w:cs="Calibri"/>
        </w:rPr>
      </w:pPr>
      <w:r w:rsidRPr="00563F3B">
        <w:rPr>
          <w:rFonts w:ascii="Calibri" w:hAnsi="Calibri" w:cs="Calibri"/>
        </w:rPr>
        <w:t>Working conditions, including working hours, are flexible enough to allow a balance between family and professional life</w:t>
      </w:r>
      <w:r w:rsidR="00B32B46" w:rsidRPr="00B32B46">
        <w:rPr>
          <w:rFonts w:ascii="Calibri" w:hAnsi="Calibri" w:cs="Calibri"/>
          <w:color w:val="EE0000"/>
        </w:rPr>
        <w:t>*</w:t>
      </w:r>
      <w:r w:rsidRPr="00563F3B">
        <w:rPr>
          <w:rFonts w:ascii="Calibri" w:hAnsi="Calibri" w:cs="Calibri"/>
        </w:rPr>
        <w:t>.</w:t>
      </w:r>
    </w:p>
    <w:p w14:paraId="71C3C011" w14:textId="77777777" w:rsidR="00563F3B" w:rsidRPr="00563F3B" w:rsidRDefault="00563F3B" w:rsidP="000F7FF9">
      <w:pPr>
        <w:pStyle w:val="Akapitzlist"/>
        <w:spacing w:after="0" w:line="240" w:lineRule="auto"/>
        <w:ind w:left="-709" w:right="-716"/>
        <w:jc w:val="both"/>
        <w:rPr>
          <w:rFonts w:ascii="Calibri" w:hAnsi="Calibri" w:cs="Calibri"/>
        </w:rPr>
      </w:pPr>
      <w:r w:rsidRPr="00563F3B">
        <w:rPr>
          <w:rFonts w:ascii="Calibri" w:hAnsi="Calibri" w:cs="Calibri"/>
        </w:rPr>
        <w:t xml:space="preserve">Strongly agree </w:t>
      </w:r>
    </w:p>
    <w:p w14:paraId="7DAC4987" w14:textId="77777777" w:rsidR="00563F3B" w:rsidRPr="00563F3B" w:rsidRDefault="00563F3B" w:rsidP="000F7FF9">
      <w:pPr>
        <w:pStyle w:val="Akapitzlist"/>
        <w:spacing w:after="0" w:line="240" w:lineRule="auto"/>
        <w:ind w:left="-709" w:right="-716"/>
        <w:jc w:val="both"/>
        <w:rPr>
          <w:rFonts w:ascii="Calibri" w:hAnsi="Calibri" w:cs="Calibri"/>
        </w:rPr>
      </w:pPr>
      <w:r w:rsidRPr="00563F3B">
        <w:rPr>
          <w:rFonts w:ascii="Calibri" w:hAnsi="Calibri" w:cs="Calibri"/>
        </w:rPr>
        <w:t xml:space="preserve">Agree </w:t>
      </w:r>
    </w:p>
    <w:p w14:paraId="558DBBE6" w14:textId="77777777" w:rsidR="00563F3B" w:rsidRPr="00563F3B" w:rsidRDefault="00563F3B" w:rsidP="000F7FF9">
      <w:pPr>
        <w:pStyle w:val="Akapitzlist"/>
        <w:spacing w:after="0" w:line="240" w:lineRule="auto"/>
        <w:ind w:left="-709" w:right="-716"/>
        <w:jc w:val="both"/>
        <w:rPr>
          <w:rFonts w:ascii="Calibri" w:hAnsi="Calibri" w:cs="Calibri"/>
        </w:rPr>
      </w:pPr>
      <w:r w:rsidRPr="00563F3B">
        <w:rPr>
          <w:rFonts w:ascii="Calibri" w:hAnsi="Calibri" w:cs="Calibri"/>
        </w:rPr>
        <w:t xml:space="preserve">Difficult to say </w:t>
      </w:r>
    </w:p>
    <w:p w14:paraId="396E4A23" w14:textId="77777777" w:rsidR="00563F3B" w:rsidRPr="00563F3B" w:rsidRDefault="00563F3B" w:rsidP="000F7FF9">
      <w:pPr>
        <w:pStyle w:val="Akapitzlist"/>
        <w:spacing w:after="0" w:line="240" w:lineRule="auto"/>
        <w:ind w:left="-709" w:right="-716"/>
        <w:jc w:val="both"/>
        <w:rPr>
          <w:rFonts w:ascii="Calibri" w:hAnsi="Calibri" w:cs="Calibri"/>
        </w:rPr>
      </w:pPr>
      <w:r w:rsidRPr="00563F3B">
        <w:rPr>
          <w:rFonts w:ascii="Calibri" w:hAnsi="Calibri" w:cs="Calibri"/>
        </w:rPr>
        <w:t xml:space="preserve">Disagree </w:t>
      </w:r>
    </w:p>
    <w:p w14:paraId="2C1E8A7D" w14:textId="571EE38D" w:rsidR="00563F3B" w:rsidRPr="00563F3B" w:rsidRDefault="00563F3B" w:rsidP="000F7FF9">
      <w:pPr>
        <w:pStyle w:val="Akapitzlist"/>
        <w:spacing w:after="0" w:line="240" w:lineRule="auto"/>
        <w:ind w:left="-709" w:right="-716"/>
        <w:jc w:val="both"/>
        <w:rPr>
          <w:rFonts w:ascii="Calibri" w:hAnsi="Calibri" w:cs="Calibri"/>
        </w:rPr>
      </w:pPr>
      <w:r w:rsidRPr="00563F3B">
        <w:rPr>
          <w:rFonts w:ascii="Calibri" w:hAnsi="Calibri" w:cs="Calibri"/>
        </w:rPr>
        <w:t>Strongly disagree</w:t>
      </w:r>
    </w:p>
    <w:p w14:paraId="70CCCC49" w14:textId="1C83E853" w:rsidR="00E03324" w:rsidRPr="00563F3B" w:rsidRDefault="00D17C09" w:rsidP="000F7FF9">
      <w:pPr>
        <w:pStyle w:val="Akapitzlist"/>
        <w:numPr>
          <w:ilvl w:val="0"/>
          <w:numId w:val="11"/>
        </w:numPr>
        <w:spacing w:after="0" w:line="240" w:lineRule="auto"/>
        <w:ind w:left="-709" w:right="-716"/>
        <w:jc w:val="both"/>
        <w:rPr>
          <w:rFonts w:ascii="Calibri" w:hAnsi="Calibri" w:cs="Calibri"/>
        </w:rPr>
      </w:pPr>
      <w:r w:rsidRPr="00563F3B">
        <w:rPr>
          <w:rFonts w:ascii="Calibri" w:hAnsi="Calibri" w:cs="Calibri"/>
        </w:rPr>
        <w:t>Employment at the university provides job stability</w:t>
      </w:r>
      <w:r w:rsidR="00B32B46" w:rsidRPr="00B32B46">
        <w:rPr>
          <w:rFonts w:ascii="Calibri" w:hAnsi="Calibri" w:cs="Calibri"/>
          <w:color w:val="EE0000"/>
        </w:rPr>
        <w:t>*</w:t>
      </w:r>
      <w:r w:rsidRPr="00563F3B">
        <w:rPr>
          <w:rFonts w:ascii="Calibri" w:hAnsi="Calibri" w:cs="Calibri"/>
        </w:rPr>
        <w:t>.</w:t>
      </w:r>
    </w:p>
    <w:p w14:paraId="30B40F79" w14:textId="77777777" w:rsidR="00563F3B" w:rsidRPr="00563F3B" w:rsidRDefault="00563F3B" w:rsidP="000F7FF9">
      <w:pPr>
        <w:pStyle w:val="Akapitzlist"/>
        <w:spacing w:after="0" w:line="240" w:lineRule="auto"/>
        <w:ind w:left="-709" w:right="-716"/>
        <w:jc w:val="both"/>
        <w:rPr>
          <w:rFonts w:ascii="Calibri" w:hAnsi="Calibri" w:cs="Calibri"/>
        </w:rPr>
      </w:pPr>
      <w:r w:rsidRPr="00563F3B">
        <w:rPr>
          <w:rFonts w:ascii="Calibri" w:hAnsi="Calibri" w:cs="Calibri"/>
        </w:rPr>
        <w:t xml:space="preserve">Strongly agree </w:t>
      </w:r>
    </w:p>
    <w:p w14:paraId="06C24FA1" w14:textId="77777777" w:rsidR="00563F3B" w:rsidRPr="00563F3B" w:rsidRDefault="00563F3B" w:rsidP="000F7FF9">
      <w:pPr>
        <w:pStyle w:val="Akapitzlist"/>
        <w:spacing w:after="0" w:line="240" w:lineRule="auto"/>
        <w:ind w:left="-709" w:right="-716"/>
        <w:jc w:val="both"/>
        <w:rPr>
          <w:rFonts w:ascii="Calibri" w:hAnsi="Calibri" w:cs="Calibri"/>
        </w:rPr>
      </w:pPr>
      <w:r w:rsidRPr="00563F3B">
        <w:rPr>
          <w:rFonts w:ascii="Calibri" w:hAnsi="Calibri" w:cs="Calibri"/>
        </w:rPr>
        <w:t xml:space="preserve">Agree </w:t>
      </w:r>
    </w:p>
    <w:p w14:paraId="67758F94" w14:textId="77777777" w:rsidR="00563F3B" w:rsidRPr="00563F3B" w:rsidRDefault="00563F3B" w:rsidP="000F7FF9">
      <w:pPr>
        <w:pStyle w:val="Akapitzlist"/>
        <w:spacing w:after="0" w:line="240" w:lineRule="auto"/>
        <w:ind w:left="-709" w:right="-716"/>
        <w:jc w:val="both"/>
        <w:rPr>
          <w:rFonts w:ascii="Calibri" w:hAnsi="Calibri" w:cs="Calibri"/>
        </w:rPr>
      </w:pPr>
      <w:r w:rsidRPr="00563F3B">
        <w:rPr>
          <w:rFonts w:ascii="Calibri" w:hAnsi="Calibri" w:cs="Calibri"/>
        </w:rPr>
        <w:t xml:space="preserve">Difficult to say </w:t>
      </w:r>
    </w:p>
    <w:p w14:paraId="24121488" w14:textId="77777777" w:rsidR="00563F3B" w:rsidRPr="00563F3B" w:rsidRDefault="00563F3B" w:rsidP="000F7FF9">
      <w:pPr>
        <w:pStyle w:val="Akapitzlist"/>
        <w:spacing w:after="0" w:line="240" w:lineRule="auto"/>
        <w:ind w:left="-709" w:right="-716"/>
        <w:jc w:val="both"/>
        <w:rPr>
          <w:rFonts w:ascii="Calibri" w:hAnsi="Calibri" w:cs="Calibri"/>
        </w:rPr>
      </w:pPr>
      <w:r w:rsidRPr="00563F3B">
        <w:rPr>
          <w:rFonts w:ascii="Calibri" w:hAnsi="Calibri" w:cs="Calibri"/>
        </w:rPr>
        <w:t xml:space="preserve">Disagree </w:t>
      </w:r>
    </w:p>
    <w:p w14:paraId="13A31FEF" w14:textId="64AA713B" w:rsidR="00563F3B" w:rsidRPr="00563F3B" w:rsidRDefault="00563F3B" w:rsidP="000F7FF9">
      <w:pPr>
        <w:pStyle w:val="Akapitzlist"/>
        <w:spacing w:after="0" w:line="240" w:lineRule="auto"/>
        <w:ind w:left="-709" w:right="-716"/>
        <w:jc w:val="both"/>
        <w:rPr>
          <w:rFonts w:ascii="Calibri" w:hAnsi="Calibri" w:cs="Calibri"/>
        </w:rPr>
      </w:pPr>
      <w:r w:rsidRPr="00563F3B">
        <w:rPr>
          <w:rFonts w:ascii="Calibri" w:hAnsi="Calibri" w:cs="Calibri"/>
        </w:rPr>
        <w:t>Strongly disagree</w:t>
      </w:r>
    </w:p>
    <w:p w14:paraId="7BC60B38" w14:textId="2E68AC56" w:rsidR="00E03324" w:rsidRPr="00563F3B" w:rsidRDefault="00D17C09" w:rsidP="000F7FF9">
      <w:pPr>
        <w:pStyle w:val="Akapitzlist"/>
        <w:numPr>
          <w:ilvl w:val="0"/>
          <w:numId w:val="11"/>
        </w:numPr>
        <w:spacing w:after="0" w:line="240" w:lineRule="auto"/>
        <w:ind w:left="-709" w:right="-716"/>
        <w:jc w:val="both"/>
        <w:rPr>
          <w:rFonts w:ascii="Calibri" w:hAnsi="Calibri" w:cs="Calibri"/>
        </w:rPr>
      </w:pPr>
      <w:r w:rsidRPr="00563F3B">
        <w:rPr>
          <w:rFonts w:ascii="Calibri" w:hAnsi="Calibri" w:cs="Calibri"/>
        </w:rPr>
        <w:t>The university provides equal opportunities for women and men in the development of scientific careers, ensuring appropriate gender balance</w:t>
      </w:r>
      <w:r w:rsidR="00B32B46" w:rsidRPr="00B32B46">
        <w:rPr>
          <w:rFonts w:ascii="Calibri" w:hAnsi="Calibri" w:cs="Calibri"/>
          <w:color w:val="EE0000"/>
        </w:rPr>
        <w:t>*</w:t>
      </w:r>
      <w:r w:rsidRPr="00563F3B">
        <w:rPr>
          <w:rFonts w:ascii="Calibri" w:hAnsi="Calibri" w:cs="Calibri"/>
        </w:rPr>
        <w:t>.</w:t>
      </w:r>
    </w:p>
    <w:p w14:paraId="1054903E" w14:textId="77777777" w:rsidR="00563F3B" w:rsidRPr="00563F3B" w:rsidRDefault="00563F3B" w:rsidP="000F7FF9">
      <w:pPr>
        <w:pStyle w:val="Akapitzlist"/>
        <w:spacing w:after="0" w:line="240" w:lineRule="auto"/>
        <w:ind w:left="-709" w:right="-716"/>
        <w:jc w:val="both"/>
        <w:rPr>
          <w:rFonts w:ascii="Calibri" w:hAnsi="Calibri" w:cs="Calibri"/>
        </w:rPr>
      </w:pPr>
      <w:r w:rsidRPr="00563F3B">
        <w:rPr>
          <w:rFonts w:ascii="Calibri" w:hAnsi="Calibri" w:cs="Calibri"/>
        </w:rPr>
        <w:t xml:space="preserve">Strongly agree </w:t>
      </w:r>
    </w:p>
    <w:p w14:paraId="172E514D" w14:textId="77777777" w:rsidR="00563F3B" w:rsidRPr="00563F3B" w:rsidRDefault="00563F3B" w:rsidP="000F7FF9">
      <w:pPr>
        <w:pStyle w:val="Akapitzlist"/>
        <w:spacing w:after="0" w:line="240" w:lineRule="auto"/>
        <w:ind w:left="-709" w:right="-716"/>
        <w:jc w:val="both"/>
        <w:rPr>
          <w:rFonts w:ascii="Calibri" w:hAnsi="Calibri" w:cs="Calibri"/>
        </w:rPr>
      </w:pPr>
      <w:r w:rsidRPr="00563F3B">
        <w:rPr>
          <w:rFonts w:ascii="Calibri" w:hAnsi="Calibri" w:cs="Calibri"/>
        </w:rPr>
        <w:t xml:space="preserve">Agree </w:t>
      </w:r>
    </w:p>
    <w:p w14:paraId="66F1A1FB" w14:textId="77777777" w:rsidR="00563F3B" w:rsidRPr="00563F3B" w:rsidRDefault="00563F3B" w:rsidP="000F7FF9">
      <w:pPr>
        <w:pStyle w:val="Akapitzlist"/>
        <w:spacing w:after="0" w:line="240" w:lineRule="auto"/>
        <w:ind w:left="-709" w:right="-716"/>
        <w:jc w:val="both"/>
        <w:rPr>
          <w:rFonts w:ascii="Calibri" w:hAnsi="Calibri" w:cs="Calibri"/>
        </w:rPr>
      </w:pPr>
      <w:r w:rsidRPr="00563F3B">
        <w:rPr>
          <w:rFonts w:ascii="Calibri" w:hAnsi="Calibri" w:cs="Calibri"/>
        </w:rPr>
        <w:t xml:space="preserve">Difficult to say </w:t>
      </w:r>
    </w:p>
    <w:p w14:paraId="5EDFFE10" w14:textId="77777777" w:rsidR="00563F3B" w:rsidRPr="00563F3B" w:rsidRDefault="00563F3B" w:rsidP="000F7FF9">
      <w:pPr>
        <w:pStyle w:val="Akapitzlist"/>
        <w:spacing w:after="0" w:line="240" w:lineRule="auto"/>
        <w:ind w:left="-709" w:right="-716"/>
        <w:jc w:val="both"/>
        <w:rPr>
          <w:rFonts w:ascii="Calibri" w:hAnsi="Calibri" w:cs="Calibri"/>
        </w:rPr>
      </w:pPr>
      <w:r w:rsidRPr="00563F3B">
        <w:rPr>
          <w:rFonts w:ascii="Calibri" w:hAnsi="Calibri" w:cs="Calibri"/>
        </w:rPr>
        <w:t xml:space="preserve">Disagree </w:t>
      </w:r>
    </w:p>
    <w:p w14:paraId="5D359EC9" w14:textId="52228A85" w:rsidR="00563F3B" w:rsidRPr="00563F3B" w:rsidRDefault="00563F3B" w:rsidP="000F7FF9">
      <w:pPr>
        <w:pStyle w:val="Akapitzlist"/>
        <w:spacing w:after="0" w:line="240" w:lineRule="auto"/>
        <w:ind w:left="-709" w:right="-716"/>
        <w:jc w:val="both"/>
        <w:rPr>
          <w:rFonts w:ascii="Calibri" w:hAnsi="Calibri" w:cs="Calibri"/>
        </w:rPr>
      </w:pPr>
      <w:r w:rsidRPr="00563F3B">
        <w:rPr>
          <w:rFonts w:ascii="Calibri" w:hAnsi="Calibri" w:cs="Calibri"/>
        </w:rPr>
        <w:t>Strongly disagree</w:t>
      </w:r>
    </w:p>
    <w:p w14:paraId="77A9698A" w14:textId="3E6E746E" w:rsidR="00E03324" w:rsidRPr="00563F3B" w:rsidRDefault="00D17C09" w:rsidP="000F7FF9">
      <w:pPr>
        <w:pStyle w:val="Akapitzlist"/>
        <w:numPr>
          <w:ilvl w:val="0"/>
          <w:numId w:val="11"/>
        </w:numPr>
        <w:spacing w:after="0" w:line="240" w:lineRule="auto"/>
        <w:ind w:left="-709" w:right="-716"/>
        <w:jc w:val="both"/>
        <w:rPr>
          <w:rFonts w:ascii="Calibri" w:hAnsi="Calibri" w:cs="Calibri"/>
        </w:rPr>
      </w:pPr>
      <w:r w:rsidRPr="00563F3B">
        <w:rPr>
          <w:rFonts w:ascii="Calibri" w:hAnsi="Calibri" w:cs="Calibri"/>
        </w:rPr>
        <w:t>The university supports international mobility</w:t>
      </w:r>
      <w:r w:rsidR="00B32B46" w:rsidRPr="00B32B46">
        <w:rPr>
          <w:rFonts w:ascii="Calibri" w:hAnsi="Calibri" w:cs="Calibri"/>
          <w:color w:val="EE0000"/>
        </w:rPr>
        <w:t>*</w:t>
      </w:r>
      <w:r w:rsidRPr="00563F3B">
        <w:rPr>
          <w:rFonts w:ascii="Calibri" w:hAnsi="Calibri" w:cs="Calibri"/>
        </w:rPr>
        <w:t>.</w:t>
      </w:r>
    </w:p>
    <w:p w14:paraId="648920AC" w14:textId="77777777" w:rsidR="00563F3B" w:rsidRPr="00563F3B" w:rsidRDefault="00563F3B" w:rsidP="000F7FF9">
      <w:pPr>
        <w:pStyle w:val="Akapitzlist"/>
        <w:spacing w:after="0" w:line="240" w:lineRule="auto"/>
        <w:ind w:left="-709" w:right="-716"/>
        <w:jc w:val="both"/>
        <w:rPr>
          <w:rFonts w:ascii="Calibri" w:hAnsi="Calibri" w:cs="Calibri"/>
        </w:rPr>
      </w:pPr>
      <w:r w:rsidRPr="00563F3B">
        <w:rPr>
          <w:rFonts w:ascii="Calibri" w:hAnsi="Calibri" w:cs="Calibri"/>
        </w:rPr>
        <w:t xml:space="preserve">Strongly agree </w:t>
      </w:r>
    </w:p>
    <w:p w14:paraId="7BB75081" w14:textId="77777777" w:rsidR="00563F3B" w:rsidRPr="00563F3B" w:rsidRDefault="00563F3B" w:rsidP="000F7FF9">
      <w:pPr>
        <w:pStyle w:val="Akapitzlist"/>
        <w:spacing w:after="0" w:line="240" w:lineRule="auto"/>
        <w:ind w:left="-709" w:right="-716"/>
        <w:jc w:val="both"/>
        <w:rPr>
          <w:rFonts w:ascii="Calibri" w:hAnsi="Calibri" w:cs="Calibri"/>
        </w:rPr>
      </w:pPr>
      <w:r w:rsidRPr="00563F3B">
        <w:rPr>
          <w:rFonts w:ascii="Calibri" w:hAnsi="Calibri" w:cs="Calibri"/>
        </w:rPr>
        <w:t xml:space="preserve">Agree </w:t>
      </w:r>
    </w:p>
    <w:p w14:paraId="429865E4" w14:textId="77777777" w:rsidR="00563F3B" w:rsidRPr="00563F3B" w:rsidRDefault="00563F3B" w:rsidP="000F7FF9">
      <w:pPr>
        <w:pStyle w:val="Akapitzlist"/>
        <w:spacing w:after="0" w:line="240" w:lineRule="auto"/>
        <w:ind w:left="-709" w:right="-716"/>
        <w:jc w:val="both"/>
        <w:rPr>
          <w:rFonts w:ascii="Calibri" w:hAnsi="Calibri" w:cs="Calibri"/>
        </w:rPr>
      </w:pPr>
      <w:r w:rsidRPr="00563F3B">
        <w:rPr>
          <w:rFonts w:ascii="Calibri" w:hAnsi="Calibri" w:cs="Calibri"/>
        </w:rPr>
        <w:t xml:space="preserve">Difficult to say </w:t>
      </w:r>
    </w:p>
    <w:p w14:paraId="6B89AD93" w14:textId="77777777" w:rsidR="00563F3B" w:rsidRPr="00563F3B" w:rsidRDefault="00563F3B" w:rsidP="000F7FF9">
      <w:pPr>
        <w:pStyle w:val="Akapitzlist"/>
        <w:spacing w:after="0" w:line="240" w:lineRule="auto"/>
        <w:ind w:left="-709" w:right="-716"/>
        <w:jc w:val="both"/>
        <w:rPr>
          <w:rFonts w:ascii="Calibri" w:hAnsi="Calibri" w:cs="Calibri"/>
        </w:rPr>
      </w:pPr>
      <w:r w:rsidRPr="00563F3B">
        <w:rPr>
          <w:rFonts w:ascii="Calibri" w:hAnsi="Calibri" w:cs="Calibri"/>
        </w:rPr>
        <w:t xml:space="preserve">Disagree </w:t>
      </w:r>
    </w:p>
    <w:p w14:paraId="4A15AAE3" w14:textId="1BD4C0C3" w:rsidR="00563F3B" w:rsidRPr="00563F3B" w:rsidRDefault="00563F3B" w:rsidP="000F7FF9">
      <w:pPr>
        <w:pStyle w:val="Akapitzlist"/>
        <w:spacing w:after="0" w:line="240" w:lineRule="auto"/>
        <w:ind w:left="-709" w:right="-716"/>
        <w:jc w:val="both"/>
        <w:rPr>
          <w:rFonts w:ascii="Calibri" w:hAnsi="Calibri" w:cs="Calibri"/>
        </w:rPr>
      </w:pPr>
      <w:r w:rsidRPr="00563F3B">
        <w:rPr>
          <w:rFonts w:ascii="Calibri" w:hAnsi="Calibri" w:cs="Calibri"/>
        </w:rPr>
        <w:t>Strongly disagree</w:t>
      </w:r>
    </w:p>
    <w:p w14:paraId="3942B943" w14:textId="30C1575E" w:rsidR="00E03324" w:rsidRPr="00563F3B" w:rsidRDefault="00D17C09" w:rsidP="000F7FF9">
      <w:pPr>
        <w:pStyle w:val="Akapitzlist"/>
        <w:numPr>
          <w:ilvl w:val="0"/>
          <w:numId w:val="11"/>
        </w:numPr>
        <w:spacing w:after="0" w:line="240" w:lineRule="auto"/>
        <w:ind w:left="-709" w:right="-716"/>
        <w:jc w:val="both"/>
        <w:rPr>
          <w:rFonts w:ascii="Calibri" w:hAnsi="Calibri" w:cs="Calibri"/>
        </w:rPr>
      </w:pPr>
      <w:r w:rsidRPr="00563F3B">
        <w:rPr>
          <w:rFonts w:ascii="Calibri" w:hAnsi="Calibri" w:cs="Calibri"/>
        </w:rPr>
        <w:t>The university supports cooperation with business/industry and other external entities</w:t>
      </w:r>
      <w:r w:rsidR="00B32B46" w:rsidRPr="00B32B46">
        <w:rPr>
          <w:rFonts w:ascii="Calibri" w:hAnsi="Calibri" w:cs="Calibri"/>
          <w:color w:val="EE0000"/>
        </w:rPr>
        <w:t>*</w:t>
      </w:r>
      <w:r w:rsidRPr="00563F3B">
        <w:rPr>
          <w:rFonts w:ascii="Calibri" w:hAnsi="Calibri" w:cs="Calibri"/>
        </w:rPr>
        <w:t>.</w:t>
      </w:r>
    </w:p>
    <w:p w14:paraId="4F5386A6" w14:textId="77777777" w:rsidR="00563F3B" w:rsidRPr="00563F3B" w:rsidRDefault="00563F3B" w:rsidP="000F7FF9">
      <w:pPr>
        <w:pStyle w:val="Akapitzlist"/>
        <w:spacing w:after="0" w:line="240" w:lineRule="auto"/>
        <w:ind w:left="-709" w:right="-716"/>
        <w:jc w:val="both"/>
        <w:rPr>
          <w:rFonts w:ascii="Calibri" w:hAnsi="Calibri" w:cs="Calibri"/>
        </w:rPr>
      </w:pPr>
      <w:r w:rsidRPr="00563F3B">
        <w:rPr>
          <w:rFonts w:ascii="Calibri" w:hAnsi="Calibri" w:cs="Calibri"/>
        </w:rPr>
        <w:t xml:space="preserve">Strongly agree </w:t>
      </w:r>
    </w:p>
    <w:p w14:paraId="52617FF8" w14:textId="77777777" w:rsidR="00563F3B" w:rsidRPr="00563F3B" w:rsidRDefault="00563F3B" w:rsidP="000F7FF9">
      <w:pPr>
        <w:pStyle w:val="Akapitzlist"/>
        <w:spacing w:after="0" w:line="240" w:lineRule="auto"/>
        <w:ind w:left="-709" w:right="-716"/>
        <w:jc w:val="both"/>
        <w:rPr>
          <w:rFonts w:ascii="Calibri" w:hAnsi="Calibri" w:cs="Calibri"/>
        </w:rPr>
      </w:pPr>
      <w:r w:rsidRPr="00563F3B">
        <w:rPr>
          <w:rFonts w:ascii="Calibri" w:hAnsi="Calibri" w:cs="Calibri"/>
        </w:rPr>
        <w:t xml:space="preserve">Agree </w:t>
      </w:r>
    </w:p>
    <w:p w14:paraId="01773BFE" w14:textId="77777777" w:rsidR="00563F3B" w:rsidRPr="00563F3B" w:rsidRDefault="00563F3B" w:rsidP="000F7FF9">
      <w:pPr>
        <w:pStyle w:val="Akapitzlist"/>
        <w:spacing w:after="0" w:line="240" w:lineRule="auto"/>
        <w:ind w:left="-709" w:right="-716"/>
        <w:jc w:val="both"/>
        <w:rPr>
          <w:rFonts w:ascii="Calibri" w:hAnsi="Calibri" w:cs="Calibri"/>
        </w:rPr>
      </w:pPr>
      <w:r w:rsidRPr="00563F3B">
        <w:rPr>
          <w:rFonts w:ascii="Calibri" w:hAnsi="Calibri" w:cs="Calibri"/>
        </w:rPr>
        <w:t xml:space="preserve">Difficult to say </w:t>
      </w:r>
    </w:p>
    <w:p w14:paraId="56452C28" w14:textId="77777777" w:rsidR="00563F3B" w:rsidRPr="00563F3B" w:rsidRDefault="00563F3B" w:rsidP="000F7FF9">
      <w:pPr>
        <w:pStyle w:val="Akapitzlist"/>
        <w:spacing w:after="0" w:line="240" w:lineRule="auto"/>
        <w:ind w:left="-709" w:right="-716"/>
        <w:jc w:val="both"/>
        <w:rPr>
          <w:rFonts w:ascii="Calibri" w:hAnsi="Calibri" w:cs="Calibri"/>
        </w:rPr>
      </w:pPr>
      <w:r w:rsidRPr="00563F3B">
        <w:rPr>
          <w:rFonts w:ascii="Calibri" w:hAnsi="Calibri" w:cs="Calibri"/>
        </w:rPr>
        <w:t xml:space="preserve">Disagree </w:t>
      </w:r>
    </w:p>
    <w:p w14:paraId="619049C8" w14:textId="36BBCCCE" w:rsidR="00563F3B" w:rsidRPr="00563F3B" w:rsidRDefault="00563F3B" w:rsidP="000F7FF9">
      <w:pPr>
        <w:pStyle w:val="Akapitzlist"/>
        <w:spacing w:after="0" w:line="240" w:lineRule="auto"/>
        <w:ind w:left="-709" w:right="-716"/>
        <w:jc w:val="both"/>
        <w:rPr>
          <w:rFonts w:ascii="Calibri" w:hAnsi="Calibri" w:cs="Calibri"/>
        </w:rPr>
      </w:pPr>
      <w:r w:rsidRPr="00563F3B">
        <w:rPr>
          <w:rFonts w:ascii="Calibri" w:hAnsi="Calibri" w:cs="Calibri"/>
        </w:rPr>
        <w:t>Strongly disagree</w:t>
      </w:r>
    </w:p>
    <w:p w14:paraId="4FCA08FE" w14:textId="1D39487D" w:rsidR="00E03324" w:rsidRPr="00563F3B" w:rsidRDefault="00D17C09" w:rsidP="000F7FF9">
      <w:pPr>
        <w:pStyle w:val="Akapitzlist"/>
        <w:numPr>
          <w:ilvl w:val="0"/>
          <w:numId w:val="11"/>
        </w:numPr>
        <w:spacing w:after="0" w:line="240" w:lineRule="auto"/>
        <w:ind w:left="-709" w:right="-716"/>
        <w:jc w:val="both"/>
        <w:rPr>
          <w:rFonts w:ascii="Calibri" w:hAnsi="Calibri" w:cs="Calibri"/>
        </w:rPr>
      </w:pPr>
      <w:r w:rsidRPr="00563F3B">
        <w:rPr>
          <w:rFonts w:ascii="Calibri" w:hAnsi="Calibri" w:cs="Calibri"/>
        </w:rPr>
        <w:lastRenderedPageBreak/>
        <w:t>At every stage of my career, I can benefit from career guidance available at the university</w:t>
      </w:r>
      <w:r w:rsidR="00B32B46" w:rsidRPr="00B32B46">
        <w:rPr>
          <w:rFonts w:ascii="Calibri" w:hAnsi="Calibri" w:cs="Calibri"/>
          <w:color w:val="EE0000"/>
        </w:rPr>
        <w:t>*</w:t>
      </w:r>
      <w:r w:rsidRPr="00563F3B">
        <w:rPr>
          <w:rFonts w:ascii="Calibri" w:hAnsi="Calibri" w:cs="Calibri"/>
        </w:rPr>
        <w:t>.</w:t>
      </w:r>
    </w:p>
    <w:p w14:paraId="0C8D63D8" w14:textId="77777777" w:rsidR="00563F3B" w:rsidRPr="00563F3B" w:rsidRDefault="00563F3B" w:rsidP="000F7FF9">
      <w:pPr>
        <w:pStyle w:val="Akapitzlist"/>
        <w:spacing w:after="0" w:line="240" w:lineRule="auto"/>
        <w:ind w:left="-709" w:right="-716"/>
        <w:jc w:val="both"/>
        <w:rPr>
          <w:rFonts w:ascii="Calibri" w:hAnsi="Calibri" w:cs="Calibri"/>
        </w:rPr>
      </w:pPr>
      <w:r w:rsidRPr="00563F3B">
        <w:rPr>
          <w:rFonts w:ascii="Calibri" w:hAnsi="Calibri" w:cs="Calibri"/>
        </w:rPr>
        <w:t xml:space="preserve">Strongly agree </w:t>
      </w:r>
    </w:p>
    <w:p w14:paraId="273C189B" w14:textId="77777777" w:rsidR="00563F3B" w:rsidRPr="00563F3B" w:rsidRDefault="00563F3B" w:rsidP="000F7FF9">
      <w:pPr>
        <w:pStyle w:val="Akapitzlist"/>
        <w:spacing w:after="0" w:line="240" w:lineRule="auto"/>
        <w:ind w:left="-709" w:right="-716"/>
        <w:jc w:val="both"/>
        <w:rPr>
          <w:rFonts w:ascii="Calibri" w:hAnsi="Calibri" w:cs="Calibri"/>
        </w:rPr>
      </w:pPr>
      <w:r w:rsidRPr="00563F3B">
        <w:rPr>
          <w:rFonts w:ascii="Calibri" w:hAnsi="Calibri" w:cs="Calibri"/>
        </w:rPr>
        <w:t xml:space="preserve">Agree </w:t>
      </w:r>
    </w:p>
    <w:p w14:paraId="4788C28F" w14:textId="77777777" w:rsidR="00563F3B" w:rsidRPr="00563F3B" w:rsidRDefault="00563F3B" w:rsidP="000F7FF9">
      <w:pPr>
        <w:pStyle w:val="Akapitzlist"/>
        <w:spacing w:after="0" w:line="240" w:lineRule="auto"/>
        <w:ind w:left="-709" w:right="-716"/>
        <w:jc w:val="both"/>
        <w:rPr>
          <w:rFonts w:ascii="Calibri" w:hAnsi="Calibri" w:cs="Calibri"/>
        </w:rPr>
      </w:pPr>
      <w:r w:rsidRPr="00563F3B">
        <w:rPr>
          <w:rFonts w:ascii="Calibri" w:hAnsi="Calibri" w:cs="Calibri"/>
        </w:rPr>
        <w:t xml:space="preserve">Difficult to say </w:t>
      </w:r>
    </w:p>
    <w:p w14:paraId="649CB007" w14:textId="77777777" w:rsidR="00563F3B" w:rsidRPr="00563F3B" w:rsidRDefault="00563F3B" w:rsidP="000F7FF9">
      <w:pPr>
        <w:pStyle w:val="Akapitzlist"/>
        <w:spacing w:after="0" w:line="240" w:lineRule="auto"/>
        <w:ind w:left="-709" w:right="-716"/>
        <w:jc w:val="both"/>
        <w:rPr>
          <w:rFonts w:ascii="Calibri" w:hAnsi="Calibri" w:cs="Calibri"/>
        </w:rPr>
      </w:pPr>
      <w:r w:rsidRPr="00563F3B">
        <w:rPr>
          <w:rFonts w:ascii="Calibri" w:hAnsi="Calibri" w:cs="Calibri"/>
        </w:rPr>
        <w:t xml:space="preserve">Disagree </w:t>
      </w:r>
    </w:p>
    <w:p w14:paraId="48E973B8" w14:textId="6A19F2B4" w:rsidR="00563F3B" w:rsidRPr="00563F3B" w:rsidRDefault="00563F3B" w:rsidP="000F7FF9">
      <w:pPr>
        <w:pStyle w:val="Akapitzlist"/>
        <w:spacing w:after="0" w:line="240" w:lineRule="auto"/>
        <w:ind w:left="-709" w:right="-716"/>
        <w:jc w:val="both"/>
        <w:rPr>
          <w:rFonts w:ascii="Calibri" w:hAnsi="Calibri" w:cs="Calibri"/>
        </w:rPr>
      </w:pPr>
      <w:r w:rsidRPr="00563F3B">
        <w:rPr>
          <w:rFonts w:ascii="Calibri" w:hAnsi="Calibri" w:cs="Calibri"/>
        </w:rPr>
        <w:t>Strongly disagree</w:t>
      </w:r>
    </w:p>
    <w:p w14:paraId="14C7E752" w14:textId="731AED47" w:rsidR="00E03324" w:rsidRPr="00563F3B" w:rsidRDefault="00D17C09" w:rsidP="000F7FF9">
      <w:pPr>
        <w:pStyle w:val="Akapitzlist"/>
        <w:numPr>
          <w:ilvl w:val="0"/>
          <w:numId w:val="11"/>
        </w:numPr>
        <w:spacing w:after="0" w:line="240" w:lineRule="auto"/>
        <w:ind w:left="-709" w:right="-716"/>
        <w:jc w:val="both"/>
        <w:rPr>
          <w:rFonts w:ascii="Calibri" w:hAnsi="Calibri" w:cs="Calibri"/>
        </w:rPr>
      </w:pPr>
      <w:r w:rsidRPr="00563F3B">
        <w:rPr>
          <w:rFonts w:ascii="Calibri" w:hAnsi="Calibri" w:cs="Calibri"/>
        </w:rPr>
        <w:t>The university enables researchers to benefit from the use of their research results through the protection of intellectual property rights and participation in commercialization revenues</w:t>
      </w:r>
      <w:r w:rsidR="00B32B46" w:rsidRPr="00B32B46">
        <w:rPr>
          <w:rFonts w:ascii="Calibri" w:hAnsi="Calibri" w:cs="Calibri"/>
          <w:color w:val="EE0000"/>
        </w:rPr>
        <w:t>*</w:t>
      </w:r>
      <w:r w:rsidRPr="00563F3B">
        <w:rPr>
          <w:rFonts w:ascii="Calibri" w:hAnsi="Calibri" w:cs="Calibri"/>
        </w:rPr>
        <w:t>.</w:t>
      </w:r>
    </w:p>
    <w:p w14:paraId="071D9BFC" w14:textId="77777777" w:rsidR="00563F3B" w:rsidRPr="00563F3B" w:rsidRDefault="00563F3B" w:rsidP="000F7FF9">
      <w:pPr>
        <w:pStyle w:val="Akapitzlist"/>
        <w:spacing w:after="0" w:line="240" w:lineRule="auto"/>
        <w:ind w:left="-709" w:right="-716"/>
        <w:jc w:val="both"/>
        <w:rPr>
          <w:rFonts w:ascii="Calibri" w:hAnsi="Calibri" w:cs="Calibri"/>
        </w:rPr>
      </w:pPr>
      <w:r w:rsidRPr="00563F3B">
        <w:rPr>
          <w:rFonts w:ascii="Calibri" w:hAnsi="Calibri" w:cs="Calibri"/>
        </w:rPr>
        <w:t xml:space="preserve">Strongly agree </w:t>
      </w:r>
    </w:p>
    <w:p w14:paraId="15F5CD5E" w14:textId="77777777" w:rsidR="00563F3B" w:rsidRPr="00563F3B" w:rsidRDefault="00563F3B" w:rsidP="000F7FF9">
      <w:pPr>
        <w:pStyle w:val="Akapitzlist"/>
        <w:spacing w:after="0" w:line="240" w:lineRule="auto"/>
        <w:ind w:left="-709" w:right="-716"/>
        <w:jc w:val="both"/>
        <w:rPr>
          <w:rFonts w:ascii="Calibri" w:hAnsi="Calibri" w:cs="Calibri"/>
        </w:rPr>
      </w:pPr>
      <w:r w:rsidRPr="00563F3B">
        <w:rPr>
          <w:rFonts w:ascii="Calibri" w:hAnsi="Calibri" w:cs="Calibri"/>
        </w:rPr>
        <w:t xml:space="preserve">Agree </w:t>
      </w:r>
    </w:p>
    <w:p w14:paraId="11D4592E" w14:textId="77777777" w:rsidR="00563F3B" w:rsidRPr="00563F3B" w:rsidRDefault="00563F3B" w:rsidP="000F7FF9">
      <w:pPr>
        <w:pStyle w:val="Akapitzlist"/>
        <w:spacing w:after="0" w:line="240" w:lineRule="auto"/>
        <w:ind w:left="-709" w:right="-716"/>
        <w:jc w:val="both"/>
        <w:rPr>
          <w:rFonts w:ascii="Calibri" w:hAnsi="Calibri" w:cs="Calibri"/>
        </w:rPr>
      </w:pPr>
      <w:r w:rsidRPr="00563F3B">
        <w:rPr>
          <w:rFonts w:ascii="Calibri" w:hAnsi="Calibri" w:cs="Calibri"/>
        </w:rPr>
        <w:t xml:space="preserve">Difficult to say </w:t>
      </w:r>
    </w:p>
    <w:p w14:paraId="1A6DFEDF" w14:textId="77777777" w:rsidR="00563F3B" w:rsidRPr="00563F3B" w:rsidRDefault="00563F3B" w:rsidP="000F7FF9">
      <w:pPr>
        <w:pStyle w:val="Akapitzlist"/>
        <w:spacing w:after="0" w:line="240" w:lineRule="auto"/>
        <w:ind w:left="-709" w:right="-716"/>
        <w:jc w:val="both"/>
        <w:rPr>
          <w:rFonts w:ascii="Calibri" w:hAnsi="Calibri" w:cs="Calibri"/>
        </w:rPr>
      </w:pPr>
      <w:r w:rsidRPr="00563F3B">
        <w:rPr>
          <w:rFonts w:ascii="Calibri" w:hAnsi="Calibri" w:cs="Calibri"/>
        </w:rPr>
        <w:t xml:space="preserve">Disagree </w:t>
      </w:r>
    </w:p>
    <w:p w14:paraId="687A947D" w14:textId="08D77D98" w:rsidR="00563F3B" w:rsidRPr="00563F3B" w:rsidRDefault="00563F3B" w:rsidP="000F7FF9">
      <w:pPr>
        <w:pStyle w:val="Akapitzlist"/>
        <w:spacing w:after="0" w:line="240" w:lineRule="auto"/>
        <w:ind w:left="-709" w:right="-716"/>
        <w:jc w:val="both"/>
        <w:rPr>
          <w:rFonts w:ascii="Calibri" w:hAnsi="Calibri" w:cs="Calibri"/>
        </w:rPr>
      </w:pPr>
      <w:r w:rsidRPr="00563F3B">
        <w:rPr>
          <w:rFonts w:ascii="Calibri" w:hAnsi="Calibri" w:cs="Calibri"/>
        </w:rPr>
        <w:t>Strongly disagree</w:t>
      </w:r>
    </w:p>
    <w:p w14:paraId="5401EF9B" w14:textId="1D9CC874" w:rsidR="00E03324" w:rsidRPr="00563F3B" w:rsidRDefault="00D17C09" w:rsidP="000F7FF9">
      <w:pPr>
        <w:pStyle w:val="Akapitzlist"/>
        <w:numPr>
          <w:ilvl w:val="0"/>
          <w:numId w:val="11"/>
        </w:numPr>
        <w:spacing w:after="0" w:line="240" w:lineRule="auto"/>
        <w:ind w:left="-709" w:right="-716"/>
        <w:jc w:val="both"/>
        <w:rPr>
          <w:rFonts w:ascii="Calibri" w:hAnsi="Calibri" w:cs="Calibri"/>
        </w:rPr>
      </w:pPr>
      <w:r w:rsidRPr="00563F3B">
        <w:rPr>
          <w:rFonts w:ascii="Calibri" w:hAnsi="Calibri" w:cs="Calibri"/>
        </w:rPr>
        <w:t>A balance is maintained between scientific and teaching activities</w:t>
      </w:r>
      <w:r w:rsidR="00B32B46" w:rsidRPr="00B32B46">
        <w:rPr>
          <w:rFonts w:ascii="Calibri" w:hAnsi="Calibri" w:cs="Calibri"/>
          <w:color w:val="EE0000"/>
        </w:rPr>
        <w:t>*</w:t>
      </w:r>
      <w:r w:rsidRPr="00563F3B">
        <w:rPr>
          <w:rFonts w:ascii="Calibri" w:hAnsi="Calibri" w:cs="Calibri"/>
        </w:rPr>
        <w:t>.</w:t>
      </w:r>
    </w:p>
    <w:p w14:paraId="33E5B398" w14:textId="77777777" w:rsidR="00563F3B" w:rsidRPr="00563F3B" w:rsidRDefault="00563F3B" w:rsidP="000F7FF9">
      <w:pPr>
        <w:pStyle w:val="Akapitzlist"/>
        <w:spacing w:after="0" w:line="240" w:lineRule="auto"/>
        <w:ind w:left="-709" w:right="-716"/>
        <w:jc w:val="both"/>
        <w:rPr>
          <w:rFonts w:ascii="Calibri" w:hAnsi="Calibri" w:cs="Calibri"/>
        </w:rPr>
      </w:pPr>
      <w:r w:rsidRPr="00563F3B">
        <w:rPr>
          <w:rFonts w:ascii="Calibri" w:hAnsi="Calibri" w:cs="Calibri"/>
        </w:rPr>
        <w:t xml:space="preserve">Strongly agree </w:t>
      </w:r>
    </w:p>
    <w:p w14:paraId="0E2797CD" w14:textId="77777777" w:rsidR="00563F3B" w:rsidRPr="00563F3B" w:rsidRDefault="00563F3B" w:rsidP="000F7FF9">
      <w:pPr>
        <w:pStyle w:val="Akapitzlist"/>
        <w:spacing w:after="0" w:line="240" w:lineRule="auto"/>
        <w:ind w:left="-709" w:right="-716"/>
        <w:jc w:val="both"/>
        <w:rPr>
          <w:rFonts w:ascii="Calibri" w:hAnsi="Calibri" w:cs="Calibri"/>
        </w:rPr>
      </w:pPr>
      <w:r w:rsidRPr="00563F3B">
        <w:rPr>
          <w:rFonts w:ascii="Calibri" w:hAnsi="Calibri" w:cs="Calibri"/>
        </w:rPr>
        <w:t xml:space="preserve">Agree </w:t>
      </w:r>
    </w:p>
    <w:p w14:paraId="1FF75530" w14:textId="77777777" w:rsidR="00563F3B" w:rsidRPr="00563F3B" w:rsidRDefault="00563F3B" w:rsidP="000F7FF9">
      <w:pPr>
        <w:pStyle w:val="Akapitzlist"/>
        <w:spacing w:after="0" w:line="240" w:lineRule="auto"/>
        <w:ind w:left="-709" w:right="-716"/>
        <w:jc w:val="both"/>
        <w:rPr>
          <w:rFonts w:ascii="Calibri" w:hAnsi="Calibri" w:cs="Calibri"/>
        </w:rPr>
      </w:pPr>
      <w:r w:rsidRPr="00563F3B">
        <w:rPr>
          <w:rFonts w:ascii="Calibri" w:hAnsi="Calibri" w:cs="Calibri"/>
        </w:rPr>
        <w:t xml:space="preserve">Difficult to say </w:t>
      </w:r>
    </w:p>
    <w:p w14:paraId="6E8BD160" w14:textId="77777777" w:rsidR="00563F3B" w:rsidRPr="00563F3B" w:rsidRDefault="00563F3B" w:rsidP="000F7FF9">
      <w:pPr>
        <w:pStyle w:val="Akapitzlist"/>
        <w:spacing w:after="0" w:line="240" w:lineRule="auto"/>
        <w:ind w:left="-709" w:right="-716"/>
        <w:jc w:val="both"/>
        <w:rPr>
          <w:rFonts w:ascii="Calibri" w:hAnsi="Calibri" w:cs="Calibri"/>
        </w:rPr>
      </w:pPr>
      <w:r w:rsidRPr="00563F3B">
        <w:rPr>
          <w:rFonts w:ascii="Calibri" w:hAnsi="Calibri" w:cs="Calibri"/>
        </w:rPr>
        <w:t xml:space="preserve">Disagree </w:t>
      </w:r>
    </w:p>
    <w:p w14:paraId="048A4D65" w14:textId="04EC3FE6" w:rsidR="00563F3B" w:rsidRPr="00563F3B" w:rsidRDefault="00563F3B" w:rsidP="000F7FF9">
      <w:pPr>
        <w:pStyle w:val="Akapitzlist"/>
        <w:spacing w:after="0" w:line="240" w:lineRule="auto"/>
        <w:ind w:left="-709" w:right="-716"/>
        <w:jc w:val="both"/>
        <w:rPr>
          <w:rFonts w:ascii="Calibri" w:hAnsi="Calibri" w:cs="Calibri"/>
        </w:rPr>
      </w:pPr>
      <w:r w:rsidRPr="00563F3B">
        <w:rPr>
          <w:rFonts w:ascii="Calibri" w:hAnsi="Calibri" w:cs="Calibri"/>
        </w:rPr>
        <w:t>Strongly disagree</w:t>
      </w:r>
    </w:p>
    <w:p w14:paraId="6951FDB3" w14:textId="5BF0F09C" w:rsidR="00E03324" w:rsidRPr="00563F3B" w:rsidRDefault="00D17C09" w:rsidP="000F7FF9">
      <w:pPr>
        <w:pStyle w:val="Akapitzlist"/>
        <w:numPr>
          <w:ilvl w:val="0"/>
          <w:numId w:val="11"/>
        </w:numPr>
        <w:spacing w:after="0" w:line="240" w:lineRule="auto"/>
        <w:ind w:left="-709" w:right="-716"/>
        <w:jc w:val="both"/>
        <w:rPr>
          <w:rFonts w:ascii="Calibri" w:hAnsi="Calibri" w:cs="Calibri"/>
        </w:rPr>
      </w:pPr>
      <w:r w:rsidRPr="00563F3B">
        <w:rPr>
          <w:rFonts w:ascii="Calibri" w:hAnsi="Calibri" w:cs="Calibri"/>
        </w:rPr>
        <w:t>My interests, the interests of people in equivalent positions, and the interests of my unit are represented in university bodies</w:t>
      </w:r>
      <w:r w:rsidR="00B32B46" w:rsidRPr="00B32B46">
        <w:rPr>
          <w:rFonts w:ascii="Calibri" w:hAnsi="Calibri" w:cs="Calibri"/>
          <w:color w:val="EE0000"/>
        </w:rPr>
        <w:t>*</w:t>
      </w:r>
      <w:r w:rsidRPr="00563F3B">
        <w:rPr>
          <w:rFonts w:ascii="Calibri" w:hAnsi="Calibri" w:cs="Calibri"/>
        </w:rPr>
        <w:t>.</w:t>
      </w:r>
    </w:p>
    <w:p w14:paraId="2C976736" w14:textId="77777777" w:rsidR="00563F3B" w:rsidRPr="00563F3B" w:rsidRDefault="00563F3B" w:rsidP="000F7FF9">
      <w:pPr>
        <w:pStyle w:val="Akapitzlist"/>
        <w:spacing w:after="0" w:line="240" w:lineRule="auto"/>
        <w:ind w:left="-709" w:right="-716"/>
        <w:jc w:val="both"/>
        <w:rPr>
          <w:rFonts w:ascii="Calibri" w:hAnsi="Calibri" w:cs="Calibri"/>
        </w:rPr>
      </w:pPr>
      <w:r w:rsidRPr="00563F3B">
        <w:rPr>
          <w:rFonts w:ascii="Calibri" w:hAnsi="Calibri" w:cs="Calibri"/>
        </w:rPr>
        <w:t xml:space="preserve">Strongly agree </w:t>
      </w:r>
    </w:p>
    <w:p w14:paraId="475F5557" w14:textId="77777777" w:rsidR="00563F3B" w:rsidRPr="00563F3B" w:rsidRDefault="00563F3B" w:rsidP="000F7FF9">
      <w:pPr>
        <w:pStyle w:val="Akapitzlist"/>
        <w:spacing w:after="0" w:line="240" w:lineRule="auto"/>
        <w:ind w:left="-709" w:right="-716"/>
        <w:jc w:val="both"/>
        <w:rPr>
          <w:rFonts w:ascii="Calibri" w:hAnsi="Calibri" w:cs="Calibri"/>
        </w:rPr>
      </w:pPr>
      <w:r w:rsidRPr="00563F3B">
        <w:rPr>
          <w:rFonts w:ascii="Calibri" w:hAnsi="Calibri" w:cs="Calibri"/>
        </w:rPr>
        <w:t xml:space="preserve">Agree </w:t>
      </w:r>
    </w:p>
    <w:p w14:paraId="2F59B277" w14:textId="77777777" w:rsidR="00563F3B" w:rsidRPr="00563F3B" w:rsidRDefault="00563F3B" w:rsidP="000F7FF9">
      <w:pPr>
        <w:pStyle w:val="Akapitzlist"/>
        <w:spacing w:after="0" w:line="240" w:lineRule="auto"/>
        <w:ind w:left="-709" w:right="-716"/>
        <w:jc w:val="both"/>
        <w:rPr>
          <w:rFonts w:ascii="Calibri" w:hAnsi="Calibri" w:cs="Calibri"/>
        </w:rPr>
      </w:pPr>
      <w:r w:rsidRPr="00563F3B">
        <w:rPr>
          <w:rFonts w:ascii="Calibri" w:hAnsi="Calibri" w:cs="Calibri"/>
        </w:rPr>
        <w:t xml:space="preserve">Difficult to say </w:t>
      </w:r>
    </w:p>
    <w:p w14:paraId="1F203A20" w14:textId="77777777" w:rsidR="00563F3B" w:rsidRPr="00563F3B" w:rsidRDefault="00563F3B" w:rsidP="000F7FF9">
      <w:pPr>
        <w:pStyle w:val="Akapitzlist"/>
        <w:spacing w:after="0" w:line="240" w:lineRule="auto"/>
        <w:ind w:left="-709" w:right="-716"/>
        <w:jc w:val="both"/>
        <w:rPr>
          <w:rFonts w:ascii="Calibri" w:hAnsi="Calibri" w:cs="Calibri"/>
        </w:rPr>
      </w:pPr>
      <w:r w:rsidRPr="00563F3B">
        <w:rPr>
          <w:rFonts w:ascii="Calibri" w:hAnsi="Calibri" w:cs="Calibri"/>
        </w:rPr>
        <w:t xml:space="preserve">Disagree </w:t>
      </w:r>
    </w:p>
    <w:p w14:paraId="4203B811" w14:textId="3262AEA0" w:rsidR="00563F3B" w:rsidRPr="00563F3B" w:rsidRDefault="00563F3B" w:rsidP="000F7FF9">
      <w:pPr>
        <w:pStyle w:val="Akapitzlist"/>
        <w:spacing w:after="0" w:line="240" w:lineRule="auto"/>
        <w:ind w:left="-709" w:right="-716"/>
        <w:jc w:val="both"/>
        <w:rPr>
          <w:rFonts w:ascii="Calibri" w:hAnsi="Calibri" w:cs="Calibri"/>
        </w:rPr>
      </w:pPr>
      <w:r w:rsidRPr="00563F3B">
        <w:rPr>
          <w:rFonts w:ascii="Calibri" w:hAnsi="Calibri" w:cs="Calibri"/>
        </w:rPr>
        <w:t>Strongly disagree</w:t>
      </w:r>
    </w:p>
    <w:p w14:paraId="097EA78E" w14:textId="22C67869" w:rsidR="00E03324" w:rsidRPr="00563F3B" w:rsidRDefault="00D17C09" w:rsidP="000F7FF9">
      <w:pPr>
        <w:pStyle w:val="Akapitzlist"/>
        <w:numPr>
          <w:ilvl w:val="0"/>
          <w:numId w:val="11"/>
        </w:numPr>
        <w:spacing w:after="0" w:line="240" w:lineRule="auto"/>
        <w:ind w:left="-709" w:right="-716"/>
        <w:jc w:val="both"/>
        <w:rPr>
          <w:rFonts w:ascii="Calibri" w:hAnsi="Calibri" w:cs="Calibri"/>
        </w:rPr>
      </w:pPr>
      <w:r w:rsidRPr="00563F3B">
        <w:rPr>
          <w:rFonts w:ascii="Calibri" w:hAnsi="Calibri" w:cs="Calibri"/>
        </w:rPr>
        <w:t>Scientific supervisors provide the necessary support to young researchers</w:t>
      </w:r>
      <w:r w:rsidR="00B32B46" w:rsidRPr="00B32B46">
        <w:rPr>
          <w:rFonts w:ascii="Calibri" w:hAnsi="Calibri" w:cs="Calibri"/>
          <w:color w:val="EE0000"/>
        </w:rPr>
        <w:t>*</w:t>
      </w:r>
      <w:r w:rsidRPr="00563F3B">
        <w:rPr>
          <w:rFonts w:ascii="Calibri" w:hAnsi="Calibri" w:cs="Calibri"/>
        </w:rPr>
        <w:t>.</w:t>
      </w:r>
    </w:p>
    <w:p w14:paraId="4F7FDD83" w14:textId="77777777" w:rsidR="00563F3B" w:rsidRPr="00563F3B" w:rsidRDefault="00563F3B" w:rsidP="000F7FF9">
      <w:pPr>
        <w:pStyle w:val="Akapitzlist"/>
        <w:spacing w:after="0" w:line="240" w:lineRule="auto"/>
        <w:ind w:left="-709" w:right="-716"/>
        <w:jc w:val="both"/>
        <w:rPr>
          <w:rFonts w:ascii="Calibri" w:hAnsi="Calibri" w:cs="Calibri"/>
        </w:rPr>
      </w:pPr>
      <w:r w:rsidRPr="00563F3B">
        <w:rPr>
          <w:rFonts w:ascii="Calibri" w:hAnsi="Calibri" w:cs="Calibri"/>
        </w:rPr>
        <w:t xml:space="preserve">Strongly agree </w:t>
      </w:r>
    </w:p>
    <w:p w14:paraId="7761CFAA" w14:textId="77777777" w:rsidR="00563F3B" w:rsidRPr="00563F3B" w:rsidRDefault="00563F3B" w:rsidP="000F7FF9">
      <w:pPr>
        <w:pStyle w:val="Akapitzlist"/>
        <w:spacing w:after="0" w:line="240" w:lineRule="auto"/>
        <w:ind w:left="-709" w:right="-716"/>
        <w:jc w:val="both"/>
        <w:rPr>
          <w:rFonts w:ascii="Calibri" w:hAnsi="Calibri" w:cs="Calibri"/>
        </w:rPr>
      </w:pPr>
      <w:r w:rsidRPr="00563F3B">
        <w:rPr>
          <w:rFonts w:ascii="Calibri" w:hAnsi="Calibri" w:cs="Calibri"/>
        </w:rPr>
        <w:t xml:space="preserve">Agree </w:t>
      </w:r>
    </w:p>
    <w:p w14:paraId="7E68AE3B" w14:textId="77777777" w:rsidR="00563F3B" w:rsidRPr="00563F3B" w:rsidRDefault="00563F3B" w:rsidP="000F7FF9">
      <w:pPr>
        <w:pStyle w:val="Akapitzlist"/>
        <w:spacing w:after="0" w:line="240" w:lineRule="auto"/>
        <w:ind w:left="-709" w:right="-716"/>
        <w:jc w:val="both"/>
        <w:rPr>
          <w:rFonts w:ascii="Calibri" w:hAnsi="Calibri" w:cs="Calibri"/>
        </w:rPr>
      </w:pPr>
      <w:r w:rsidRPr="00563F3B">
        <w:rPr>
          <w:rFonts w:ascii="Calibri" w:hAnsi="Calibri" w:cs="Calibri"/>
        </w:rPr>
        <w:t xml:space="preserve">Difficult to say </w:t>
      </w:r>
    </w:p>
    <w:p w14:paraId="10F108D8" w14:textId="77777777" w:rsidR="00563F3B" w:rsidRPr="00563F3B" w:rsidRDefault="00563F3B" w:rsidP="000F7FF9">
      <w:pPr>
        <w:pStyle w:val="Akapitzlist"/>
        <w:spacing w:after="0" w:line="240" w:lineRule="auto"/>
        <w:ind w:left="-709" w:right="-716"/>
        <w:jc w:val="both"/>
        <w:rPr>
          <w:rFonts w:ascii="Calibri" w:hAnsi="Calibri" w:cs="Calibri"/>
        </w:rPr>
      </w:pPr>
      <w:r w:rsidRPr="00563F3B">
        <w:rPr>
          <w:rFonts w:ascii="Calibri" w:hAnsi="Calibri" w:cs="Calibri"/>
        </w:rPr>
        <w:t xml:space="preserve">Disagree </w:t>
      </w:r>
    </w:p>
    <w:p w14:paraId="271DA536" w14:textId="09ED003E" w:rsidR="00563F3B" w:rsidRPr="00563F3B" w:rsidRDefault="00563F3B" w:rsidP="000F7FF9">
      <w:pPr>
        <w:pStyle w:val="Akapitzlist"/>
        <w:spacing w:after="0" w:line="240" w:lineRule="auto"/>
        <w:ind w:left="-709" w:right="-716"/>
        <w:jc w:val="both"/>
        <w:rPr>
          <w:rFonts w:ascii="Calibri" w:hAnsi="Calibri" w:cs="Calibri"/>
        </w:rPr>
      </w:pPr>
      <w:r w:rsidRPr="00563F3B">
        <w:rPr>
          <w:rFonts w:ascii="Calibri" w:hAnsi="Calibri" w:cs="Calibri"/>
        </w:rPr>
        <w:t>Strongly disagree</w:t>
      </w:r>
    </w:p>
    <w:p w14:paraId="5AEE98CC" w14:textId="29E6447D" w:rsidR="00E03324" w:rsidRPr="00563F3B" w:rsidRDefault="00D17C09" w:rsidP="000F7FF9">
      <w:pPr>
        <w:pStyle w:val="Akapitzlist"/>
        <w:numPr>
          <w:ilvl w:val="0"/>
          <w:numId w:val="11"/>
        </w:numPr>
        <w:spacing w:after="0" w:line="240" w:lineRule="auto"/>
        <w:ind w:left="-709" w:right="-716"/>
        <w:jc w:val="both"/>
        <w:rPr>
          <w:rFonts w:ascii="Calibri" w:hAnsi="Calibri" w:cs="Calibri"/>
        </w:rPr>
      </w:pPr>
      <w:r w:rsidRPr="00563F3B">
        <w:rPr>
          <w:rFonts w:ascii="Calibri" w:hAnsi="Calibri" w:cs="Calibri"/>
        </w:rPr>
        <w:t>Managers of the unit create appropriate conditions for the scientific development of young researchers</w:t>
      </w:r>
      <w:r w:rsidR="00B32B46" w:rsidRPr="00B32B46">
        <w:rPr>
          <w:rFonts w:ascii="Calibri" w:hAnsi="Calibri" w:cs="Calibri"/>
          <w:color w:val="EE0000"/>
        </w:rPr>
        <w:t>*</w:t>
      </w:r>
      <w:r w:rsidRPr="00563F3B">
        <w:rPr>
          <w:rFonts w:ascii="Calibri" w:hAnsi="Calibri" w:cs="Calibri"/>
        </w:rPr>
        <w:t>.</w:t>
      </w:r>
    </w:p>
    <w:p w14:paraId="7F9D697E" w14:textId="77777777" w:rsidR="00563F3B" w:rsidRPr="00563F3B" w:rsidRDefault="00563F3B" w:rsidP="000F7FF9">
      <w:pPr>
        <w:pStyle w:val="Akapitzlist"/>
        <w:spacing w:after="0" w:line="240" w:lineRule="auto"/>
        <w:ind w:left="-709" w:right="-716"/>
        <w:jc w:val="both"/>
        <w:rPr>
          <w:rFonts w:ascii="Calibri" w:hAnsi="Calibri" w:cs="Calibri"/>
        </w:rPr>
      </w:pPr>
      <w:r w:rsidRPr="00563F3B">
        <w:rPr>
          <w:rFonts w:ascii="Calibri" w:hAnsi="Calibri" w:cs="Calibri"/>
        </w:rPr>
        <w:t xml:space="preserve">Strongly agree </w:t>
      </w:r>
    </w:p>
    <w:p w14:paraId="54E50327" w14:textId="77777777" w:rsidR="00563F3B" w:rsidRPr="00563F3B" w:rsidRDefault="00563F3B" w:rsidP="000F7FF9">
      <w:pPr>
        <w:pStyle w:val="Akapitzlist"/>
        <w:spacing w:after="0" w:line="240" w:lineRule="auto"/>
        <w:ind w:left="-709" w:right="-716"/>
        <w:jc w:val="both"/>
        <w:rPr>
          <w:rFonts w:ascii="Calibri" w:hAnsi="Calibri" w:cs="Calibri"/>
        </w:rPr>
      </w:pPr>
      <w:r w:rsidRPr="00563F3B">
        <w:rPr>
          <w:rFonts w:ascii="Calibri" w:hAnsi="Calibri" w:cs="Calibri"/>
        </w:rPr>
        <w:t xml:space="preserve">Agree </w:t>
      </w:r>
    </w:p>
    <w:p w14:paraId="70B6DD16" w14:textId="77777777" w:rsidR="00563F3B" w:rsidRPr="00563F3B" w:rsidRDefault="00563F3B" w:rsidP="000F7FF9">
      <w:pPr>
        <w:pStyle w:val="Akapitzlist"/>
        <w:spacing w:after="0" w:line="240" w:lineRule="auto"/>
        <w:ind w:left="-709" w:right="-716"/>
        <w:jc w:val="both"/>
        <w:rPr>
          <w:rFonts w:ascii="Calibri" w:hAnsi="Calibri" w:cs="Calibri"/>
        </w:rPr>
      </w:pPr>
      <w:r w:rsidRPr="00563F3B">
        <w:rPr>
          <w:rFonts w:ascii="Calibri" w:hAnsi="Calibri" w:cs="Calibri"/>
        </w:rPr>
        <w:t xml:space="preserve">Difficult to say </w:t>
      </w:r>
    </w:p>
    <w:p w14:paraId="324C80BE" w14:textId="77777777" w:rsidR="00563F3B" w:rsidRPr="00563F3B" w:rsidRDefault="00563F3B" w:rsidP="000F7FF9">
      <w:pPr>
        <w:pStyle w:val="Akapitzlist"/>
        <w:spacing w:after="0" w:line="240" w:lineRule="auto"/>
        <w:ind w:left="-709" w:right="-716"/>
        <w:jc w:val="both"/>
        <w:rPr>
          <w:rFonts w:ascii="Calibri" w:hAnsi="Calibri" w:cs="Calibri"/>
        </w:rPr>
      </w:pPr>
      <w:r w:rsidRPr="00563F3B">
        <w:rPr>
          <w:rFonts w:ascii="Calibri" w:hAnsi="Calibri" w:cs="Calibri"/>
        </w:rPr>
        <w:t xml:space="preserve">Disagree </w:t>
      </w:r>
    </w:p>
    <w:p w14:paraId="7A1534B2" w14:textId="3BF3B44B" w:rsidR="00563F3B" w:rsidRPr="00563F3B" w:rsidRDefault="00563F3B" w:rsidP="000F7FF9">
      <w:pPr>
        <w:pStyle w:val="Akapitzlist"/>
        <w:spacing w:after="0" w:line="240" w:lineRule="auto"/>
        <w:ind w:left="-709" w:right="-716"/>
        <w:jc w:val="both"/>
        <w:rPr>
          <w:rFonts w:ascii="Calibri" w:hAnsi="Calibri" w:cs="Calibri"/>
        </w:rPr>
      </w:pPr>
      <w:r w:rsidRPr="00563F3B">
        <w:rPr>
          <w:rFonts w:ascii="Calibri" w:hAnsi="Calibri" w:cs="Calibri"/>
        </w:rPr>
        <w:t>Strongly disagree</w:t>
      </w:r>
    </w:p>
    <w:p w14:paraId="0E68BC61" w14:textId="77777777" w:rsidR="00E03324" w:rsidRPr="00440173" w:rsidRDefault="00E03324" w:rsidP="000F7FF9">
      <w:pPr>
        <w:spacing w:after="0" w:line="240" w:lineRule="auto"/>
        <w:ind w:left="-709" w:right="-716"/>
        <w:jc w:val="both"/>
        <w:rPr>
          <w:rFonts w:ascii="Calibri" w:hAnsi="Calibri" w:cs="Calibri"/>
        </w:rPr>
      </w:pPr>
    </w:p>
    <w:p w14:paraId="630F88CA" w14:textId="77777777" w:rsidR="00E03324" w:rsidRPr="00440173" w:rsidRDefault="00D17C09" w:rsidP="000F7FF9">
      <w:pPr>
        <w:spacing w:after="0" w:line="240" w:lineRule="auto"/>
        <w:ind w:left="-709" w:right="-716"/>
        <w:jc w:val="both"/>
        <w:rPr>
          <w:rFonts w:ascii="Calibri" w:hAnsi="Calibri" w:cs="Calibri"/>
        </w:rPr>
      </w:pPr>
      <w:r w:rsidRPr="00440173">
        <w:rPr>
          <w:rFonts w:ascii="Calibri" w:hAnsi="Calibri" w:cs="Calibri"/>
        </w:rPr>
        <w:t>Please indicate actions that, in your opinion, could be undertaken in the future to improve the current principles of professional ethics.</w:t>
      </w:r>
    </w:p>
    <w:p w14:paraId="65FF8605" w14:textId="49983313" w:rsidR="00E03324" w:rsidRPr="00440173" w:rsidRDefault="00563F3B" w:rsidP="000F7FF9">
      <w:pPr>
        <w:spacing w:after="0" w:line="240" w:lineRule="auto"/>
        <w:ind w:left="-709" w:right="-716"/>
        <w:jc w:val="both"/>
        <w:rPr>
          <w:rFonts w:ascii="Calibri" w:hAnsi="Calibri" w:cs="Calibri"/>
        </w:rPr>
      </w:pPr>
      <w:r>
        <w:rPr>
          <w:rFonts w:ascii="Calibri" w:hAnsi="Calibri" w:cs="Calibri"/>
        </w:rPr>
        <w:t>……………………………………………………………………………………………………………………………………………………..</w:t>
      </w:r>
    </w:p>
    <w:p w14:paraId="550B3A3A" w14:textId="77777777" w:rsidR="000F7FF9" w:rsidRDefault="000F7FF9" w:rsidP="000F7FF9">
      <w:pPr>
        <w:spacing w:after="0" w:line="240" w:lineRule="auto"/>
        <w:ind w:left="-709" w:right="-716"/>
        <w:jc w:val="both"/>
        <w:rPr>
          <w:rFonts w:ascii="Calibri" w:hAnsi="Calibri" w:cs="Calibri"/>
        </w:rPr>
      </w:pPr>
    </w:p>
    <w:p w14:paraId="2E6B2F61" w14:textId="012A765B" w:rsidR="00E03324" w:rsidRPr="00440173" w:rsidRDefault="00D17C09" w:rsidP="000F7FF9">
      <w:pPr>
        <w:spacing w:after="0" w:line="240" w:lineRule="auto"/>
        <w:ind w:left="-709" w:right="-716"/>
        <w:jc w:val="both"/>
        <w:rPr>
          <w:rFonts w:ascii="Calibri" w:hAnsi="Calibri" w:cs="Calibri"/>
        </w:rPr>
      </w:pPr>
      <w:r w:rsidRPr="00440173">
        <w:rPr>
          <w:rFonts w:ascii="Calibri" w:hAnsi="Calibri" w:cs="Calibri"/>
        </w:rPr>
        <w:t>PART IV. TRAINING</w:t>
      </w:r>
    </w:p>
    <w:p w14:paraId="61056478" w14:textId="474B3252" w:rsidR="00E03324" w:rsidRPr="00563F3B" w:rsidRDefault="00D17C09" w:rsidP="000F7FF9">
      <w:pPr>
        <w:pStyle w:val="Akapitzlist"/>
        <w:numPr>
          <w:ilvl w:val="0"/>
          <w:numId w:val="11"/>
        </w:numPr>
        <w:spacing w:after="0" w:line="240" w:lineRule="auto"/>
        <w:ind w:left="-709" w:right="-716"/>
        <w:jc w:val="both"/>
        <w:rPr>
          <w:rFonts w:ascii="Calibri" w:hAnsi="Calibri" w:cs="Calibri"/>
        </w:rPr>
      </w:pPr>
      <w:r w:rsidRPr="00563F3B">
        <w:rPr>
          <w:rFonts w:ascii="Calibri" w:hAnsi="Calibri" w:cs="Calibri"/>
        </w:rPr>
        <w:t>I have the opportunity to develop my skills and improve my qualifications (through participation in training, conferences, courses, etc.)</w:t>
      </w:r>
      <w:r w:rsidR="00B32B46" w:rsidRPr="00B32B46">
        <w:rPr>
          <w:rFonts w:ascii="Calibri" w:hAnsi="Calibri" w:cs="Calibri"/>
          <w:color w:val="EE0000"/>
        </w:rPr>
        <w:t xml:space="preserve"> </w:t>
      </w:r>
      <w:r w:rsidR="00B32B46" w:rsidRPr="00B2522A">
        <w:rPr>
          <w:rFonts w:ascii="Calibri" w:hAnsi="Calibri" w:cs="Calibri"/>
          <w:color w:val="EE0000"/>
        </w:rPr>
        <w:t>*</w:t>
      </w:r>
      <w:r w:rsidRPr="00563F3B">
        <w:rPr>
          <w:rFonts w:ascii="Calibri" w:hAnsi="Calibri" w:cs="Calibri"/>
        </w:rPr>
        <w:t>.</w:t>
      </w:r>
    </w:p>
    <w:p w14:paraId="17D1BB62" w14:textId="77777777" w:rsidR="00563F3B" w:rsidRPr="00563F3B" w:rsidRDefault="00563F3B" w:rsidP="000F7FF9">
      <w:pPr>
        <w:pStyle w:val="Akapitzlist"/>
        <w:spacing w:after="0" w:line="240" w:lineRule="auto"/>
        <w:ind w:left="-709" w:right="-716"/>
        <w:jc w:val="both"/>
        <w:rPr>
          <w:rFonts w:ascii="Calibri" w:hAnsi="Calibri" w:cs="Calibri"/>
        </w:rPr>
      </w:pPr>
      <w:r w:rsidRPr="00563F3B">
        <w:rPr>
          <w:rFonts w:ascii="Calibri" w:hAnsi="Calibri" w:cs="Calibri"/>
        </w:rPr>
        <w:t xml:space="preserve">Strongly agree </w:t>
      </w:r>
    </w:p>
    <w:p w14:paraId="640E53A6" w14:textId="77777777" w:rsidR="00563F3B" w:rsidRPr="00563F3B" w:rsidRDefault="00563F3B" w:rsidP="000F7FF9">
      <w:pPr>
        <w:pStyle w:val="Akapitzlist"/>
        <w:spacing w:after="0" w:line="240" w:lineRule="auto"/>
        <w:ind w:left="-709" w:right="-716"/>
        <w:jc w:val="both"/>
        <w:rPr>
          <w:rFonts w:ascii="Calibri" w:hAnsi="Calibri" w:cs="Calibri"/>
        </w:rPr>
      </w:pPr>
      <w:r w:rsidRPr="00563F3B">
        <w:rPr>
          <w:rFonts w:ascii="Calibri" w:hAnsi="Calibri" w:cs="Calibri"/>
        </w:rPr>
        <w:t xml:space="preserve">Agree </w:t>
      </w:r>
    </w:p>
    <w:p w14:paraId="14ABF839" w14:textId="77777777" w:rsidR="00563F3B" w:rsidRPr="00563F3B" w:rsidRDefault="00563F3B" w:rsidP="000F7FF9">
      <w:pPr>
        <w:pStyle w:val="Akapitzlist"/>
        <w:spacing w:after="0" w:line="240" w:lineRule="auto"/>
        <w:ind w:left="-709" w:right="-716"/>
        <w:jc w:val="both"/>
        <w:rPr>
          <w:rFonts w:ascii="Calibri" w:hAnsi="Calibri" w:cs="Calibri"/>
        </w:rPr>
      </w:pPr>
      <w:r w:rsidRPr="00563F3B">
        <w:rPr>
          <w:rFonts w:ascii="Calibri" w:hAnsi="Calibri" w:cs="Calibri"/>
        </w:rPr>
        <w:lastRenderedPageBreak/>
        <w:t xml:space="preserve">Difficult to say </w:t>
      </w:r>
    </w:p>
    <w:p w14:paraId="245E7248" w14:textId="77777777" w:rsidR="00563F3B" w:rsidRPr="00563F3B" w:rsidRDefault="00563F3B" w:rsidP="000F7FF9">
      <w:pPr>
        <w:pStyle w:val="Akapitzlist"/>
        <w:spacing w:after="0" w:line="240" w:lineRule="auto"/>
        <w:ind w:left="-709" w:right="-716"/>
        <w:jc w:val="both"/>
        <w:rPr>
          <w:rFonts w:ascii="Calibri" w:hAnsi="Calibri" w:cs="Calibri"/>
        </w:rPr>
      </w:pPr>
      <w:r w:rsidRPr="00563F3B">
        <w:rPr>
          <w:rFonts w:ascii="Calibri" w:hAnsi="Calibri" w:cs="Calibri"/>
        </w:rPr>
        <w:t xml:space="preserve">Disagree </w:t>
      </w:r>
    </w:p>
    <w:p w14:paraId="7958A9B5" w14:textId="56530A3F" w:rsidR="00563F3B" w:rsidRPr="00563F3B" w:rsidRDefault="00563F3B" w:rsidP="000F7FF9">
      <w:pPr>
        <w:pStyle w:val="Akapitzlist"/>
        <w:spacing w:after="0" w:line="240" w:lineRule="auto"/>
        <w:ind w:left="-709" w:right="-716"/>
        <w:jc w:val="both"/>
        <w:rPr>
          <w:rFonts w:ascii="Calibri" w:hAnsi="Calibri" w:cs="Calibri"/>
        </w:rPr>
      </w:pPr>
      <w:r w:rsidRPr="00563F3B">
        <w:rPr>
          <w:rFonts w:ascii="Calibri" w:hAnsi="Calibri" w:cs="Calibri"/>
        </w:rPr>
        <w:t>Strongly disagree</w:t>
      </w:r>
    </w:p>
    <w:p w14:paraId="26EC2D55" w14:textId="61F9ED42" w:rsidR="00E03324" w:rsidRPr="00563F3B" w:rsidRDefault="00D17C09" w:rsidP="000F7FF9">
      <w:pPr>
        <w:pStyle w:val="Akapitzlist"/>
        <w:numPr>
          <w:ilvl w:val="0"/>
          <w:numId w:val="11"/>
        </w:numPr>
        <w:spacing w:after="0" w:line="240" w:lineRule="auto"/>
        <w:ind w:left="-709" w:right="-716"/>
        <w:jc w:val="both"/>
        <w:rPr>
          <w:rFonts w:ascii="Calibri" w:hAnsi="Calibri" w:cs="Calibri"/>
        </w:rPr>
      </w:pPr>
      <w:r w:rsidRPr="00563F3B">
        <w:rPr>
          <w:rFonts w:ascii="Calibri" w:hAnsi="Calibri" w:cs="Calibri"/>
        </w:rPr>
        <w:t>Supervisors are helpful in resolving problems related to scientific matters and the performance of professional duties</w:t>
      </w:r>
      <w:r w:rsidR="00B32B46" w:rsidRPr="00B2522A">
        <w:rPr>
          <w:rFonts w:ascii="Calibri" w:hAnsi="Calibri" w:cs="Calibri"/>
          <w:color w:val="EE0000"/>
        </w:rPr>
        <w:t>*</w:t>
      </w:r>
      <w:r w:rsidRPr="00563F3B">
        <w:rPr>
          <w:rFonts w:ascii="Calibri" w:hAnsi="Calibri" w:cs="Calibri"/>
        </w:rPr>
        <w:t>.</w:t>
      </w:r>
    </w:p>
    <w:p w14:paraId="5F0CCFE5" w14:textId="77777777" w:rsidR="00563F3B" w:rsidRPr="00563F3B" w:rsidRDefault="00563F3B" w:rsidP="000F7FF9">
      <w:pPr>
        <w:pStyle w:val="Akapitzlist"/>
        <w:spacing w:after="0" w:line="240" w:lineRule="auto"/>
        <w:ind w:left="-709" w:right="-716"/>
        <w:jc w:val="both"/>
        <w:rPr>
          <w:rFonts w:ascii="Calibri" w:hAnsi="Calibri" w:cs="Calibri"/>
        </w:rPr>
      </w:pPr>
      <w:r w:rsidRPr="00563F3B">
        <w:rPr>
          <w:rFonts w:ascii="Calibri" w:hAnsi="Calibri" w:cs="Calibri"/>
        </w:rPr>
        <w:t xml:space="preserve">Strongly agree </w:t>
      </w:r>
    </w:p>
    <w:p w14:paraId="0990636E" w14:textId="77777777" w:rsidR="00563F3B" w:rsidRPr="00563F3B" w:rsidRDefault="00563F3B" w:rsidP="000F7FF9">
      <w:pPr>
        <w:pStyle w:val="Akapitzlist"/>
        <w:spacing w:after="0" w:line="240" w:lineRule="auto"/>
        <w:ind w:left="-709" w:right="-716"/>
        <w:jc w:val="both"/>
        <w:rPr>
          <w:rFonts w:ascii="Calibri" w:hAnsi="Calibri" w:cs="Calibri"/>
        </w:rPr>
      </w:pPr>
      <w:r w:rsidRPr="00563F3B">
        <w:rPr>
          <w:rFonts w:ascii="Calibri" w:hAnsi="Calibri" w:cs="Calibri"/>
        </w:rPr>
        <w:t xml:space="preserve">Agree </w:t>
      </w:r>
    </w:p>
    <w:p w14:paraId="03432145" w14:textId="77777777" w:rsidR="00563F3B" w:rsidRPr="00563F3B" w:rsidRDefault="00563F3B" w:rsidP="000F7FF9">
      <w:pPr>
        <w:pStyle w:val="Akapitzlist"/>
        <w:spacing w:after="0" w:line="240" w:lineRule="auto"/>
        <w:ind w:left="-709" w:right="-716"/>
        <w:jc w:val="both"/>
        <w:rPr>
          <w:rFonts w:ascii="Calibri" w:hAnsi="Calibri" w:cs="Calibri"/>
        </w:rPr>
      </w:pPr>
      <w:r w:rsidRPr="00563F3B">
        <w:rPr>
          <w:rFonts w:ascii="Calibri" w:hAnsi="Calibri" w:cs="Calibri"/>
        </w:rPr>
        <w:t xml:space="preserve">Difficult to say </w:t>
      </w:r>
    </w:p>
    <w:p w14:paraId="41601148" w14:textId="77777777" w:rsidR="00563F3B" w:rsidRPr="00563F3B" w:rsidRDefault="00563F3B" w:rsidP="000F7FF9">
      <w:pPr>
        <w:pStyle w:val="Akapitzlist"/>
        <w:spacing w:after="0" w:line="240" w:lineRule="auto"/>
        <w:ind w:left="-709" w:right="-716"/>
        <w:jc w:val="both"/>
        <w:rPr>
          <w:rFonts w:ascii="Calibri" w:hAnsi="Calibri" w:cs="Calibri"/>
        </w:rPr>
      </w:pPr>
      <w:r w:rsidRPr="00563F3B">
        <w:rPr>
          <w:rFonts w:ascii="Calibri" w:hAnsi="Calibri" w:cs="Calibri"/>
        </w:rPr>
        <w:t xml:space="preserve">Disagree </w:t>
      </w:r>
    </w:p>
    <w:p w14:paraId="4D93D245" w14:textId="6742F4CC" w:rsidR="00E03324" w:rsidRPr="00440173" w:rsidRDefault="00563F3B" w:rsidP="000F7FF9">
      <w:pPr>
        <w:pStyle w:val="Akapitzlist"/>
        <w:spacing w:after="0" w:line="240" w:lineRule="auto"/>
        <w:ind w:left="-709" w:right="-716"/>
        <w:jc w:val="both"/>
        <w:rPr>
          <w:rFonts w:ascii="Calibri" w:hAnsi="Calibri" w:cs="Calibri"/>
        </w:rPr>
      </w:pPr>
      <w:r w:rsidRPr="00563F3B">
        <w:rPr>
          <w:rFonts w:ascii="Calibri" w:hAnsi="Calibri" w:cs="Calibri"/>
        </w:rPr>
        <w:t>Strongly disagree</w:t>
      </w:r>
    </w:p>
    <w:p w14:paraId="3AF68A57" w14:textId="77777777" w:rsidR="00E03324" w:rsidRPr="00440173" w:rsidRDefault="00D17C09" w:rsidP="000F7FF9">
      <w:pPr>
        <w:spacing w:after="0" w:line="240" w:lineRule="auto"/>
        <w:ind w:left="-709" w:right="-716"/>
        <w:jc w:val="both"/>
        <w:rPr>
          <w:rFonts w:ascii="Calibri" w:hAnsi="Calibri" w:cs="Calibri"/>
        </w:rPr>
      </w:pPr>
      <w:r w:rsidRPr="00440173">
        <w:rPr>
          <w:rFonts w:ascii="Calibri" w:hAnsi="Calibri" w:cs="Calibri"/>
        </w:rPr>
        <w:t>Please indicate actions that, in your opinion, could be undertaken in the future to improve the current principles of professional ethics.</w:t>
      </w:r>
    </w:p>
    <w:p w14:paraId="1F260D50" w14:textId="2A16CFD3" w:rsidR="00E03324" w:rsidRPr="00440173" w:rsidRDefault="00563F3B" w:rsidP="000F7FF9">
      <w:pPr>
        <w:spacing w:after="0" w:line="240" w:lineRule="auto"/>
        <w:ind w:left="-709" w:right="-716"/>
        <w:jc w:val="both"/>
        <w:rPr>
          <w:rFonts w:ascii="Calibri" w:hAnsi="Calibri" w:cs="Calibri"/>
        </w:rPr>
      </w:pPr>
      <w:r>
        <w:rPr>
          <w:rFonts w:ascii="Calibri" w:hAnsi="Calibri" w:cs="Calibri"/>
        </w:rPr>
        <w:t>……………………………………………………………………………………………………………………………………………………</w:t>
      </w:r>
    </w:p>
    <w:p w14:paraId="42B30099" w14:textId="482F983C" w:rsidR="00E03324" w:rsidRPr="00440173" w:rsidRDefault="00E03324" w:rsidP="000F7FF9">
      <w:pPr>
        <w:spacing w:after="0" w:line="240" w:lineRule="auto"/>
        <w:ind w:left="-709" w:right="-716"/>
        <w:jc w:val="both"/>
        <w:rPr>
          <w:rFonts w:ascii="Calibri" w:hAnsi="Calibri" w:cs="Calibri"/>
        </w:rPr>
      </w:pPr>
    </w:p>
    <w:sectPr w:rsidR="00E03324" w:rsidRPr="00440173"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wan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wan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punktowana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punktowana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numerowan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punktowana"/>
      <w:lvlText w:val=""/>
      <w:lvlJc w:val="left"/>
      <w:pPr>
        <w:tabs>
          <w:tab w:val="num" w:pos="360"/>
        </w:tabs>
        <w:ind w:left="360" w:hanging="360"/>
      </w:pPr>
      <w:rPr>
        <w:rFonts w:ascii="Symbol" w:hAnsi="Symbol" w:hint="default"/>
      </w:rPr>
    </w:lvl>
  </w:abstractNum>
  <w:abstractNum w:abstractNumId="9" w15:restartNumberingAfterBreak="0">
    <w:nsid w:val="311D69AE"/>
    <w:multiLevelType w:val="hybridMultilevel"/>
    <w:tmpl w:val="672A27BC"/>
    <w:lvl w:ilvl="0" w:tplc="CA0CDBDE">
      <w:start w:val="15"/>
      <w:numFmt w:val="bullet"/>
      <w:lvlText w:val=""/>
      <w:lvlJc w:val="left"/>
      <w:pPr>
        <w:ind w:left="720" w:hanging="360"/>
      </w:pPr>
      <w:rPr>
        <w:rFonts w:ascii="Symbol" w:eastAsiaTheme="minorEastAsia" w:hAnsi="Symbol"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52A54068"/>
    <w:multiLevelType w:val="hybridMultilevel"/>
    <w:tmpl w:val="61E60C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021862216">
    <w:abstractNumId w:val="8"/>
  </w:num>
  <w:num w:numId="2" w16cid:durableId="1719738364">
    <w:abstractNumId w:val="6"/>
  </w:num>
  <w:num w:numId="3" w16cid:durableId="33581123">
    <w:abstractNumId w:val="5"/>
  </w:num>
  <w:num w:numId="4" w16cid:durableId="2101216878">
    <w:abstractNumId w:val="4"/>
  </w:num>
  <w:num w:numId="5" w16cid:durableId="1294601448">
    <w:abstractNumId w:val="7"/>
  </w:num>
  <w:num w:numId="6" w16cid:durableId="81882386">
    <w:abstractNumId w:val="3"/>
  </w:num>
  <w:num w:numId="7" w16cid:durableId="1311863021">
    <w:abstractNumId w:val="2"/>
  </w:num>
  <w:num w:numId="8" w16cid:durableId="1677464010">
    <w:abstractNumId w:val="1"/>
  </w:num>
  <w:num w:numId="9" w16cid:durableId="503545652">
    <w:abstractNumId w:val="0"/>
  </w:num>
  <w:num w:numId="10" w16cid:durableId="86771294">
    <w:abstractNumId w:val="9"/>
  </w:num>
  <w:num w:numId="11" w16cid:durableId="59147660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F7FF9"/>
    <w:rsid w:val="0015074B"/>
    <w:rsid w:val="00155F81"/>
    <w:rsid w:val="0029639D"/>
    <w:rsid w:val="00326F90"/>
    <w:rsid w:val="00440173"/>
    <w:rsid w:val="005331F0"/>
    <w:rsid w:val="00563F3B"/>
    <w:rsid w:val="006B41D7"/>
    <w:rsid w:val="00736715"/>
    <w:rsid w:val="00AA1D8D"/>
    <w:rsid w:val="00B2522A"/>
    <w:rsid w:val="00B32B46"/>
    <w:rsid w:val="00B47730"/>
    <w:rsid w:val="00CB0664"/>
    <w:rsid w:val="00D17C09"/>
    <w:rsid w:val="00D8338E"/>
    <w:rsid w:val="00DC00BF"/>
    <w:rsid w:val="00E03324"/>
    <w:rsid w:val="00F9609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EBEDEA6"/>
  <w14:defaultImageDpi w14:val="300"/>
  <w15:docId w15:val="{E448D37B-E0E8-4DE2-844D-D8417ADFA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2522A"/>
  </w:style>
  <w:style w:type="paragraph" w:styleId="Nagwek1">
    <w:name w:val="heading 1"/>
    <w:basedOn w:val="Normalny"/>
    <w:next w:val="Normalny"/>
    <w:link w:val="Nagwek1Znak"/>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numPr>
        <w:numId w:val="2"/>
      </w:numPr>
      <w:contextualSpacing/>
    </w:pPr>
  </w:style>
  <w:style w:type="paragraph" w:styleId="Listapunktowana3">
    <w:name w:val="List Bullet 3"/>
    <w:basedOn w:val="Normalny"/>
    <w:uiPriority w:val="99"/>
    <w:unhideWhenUsed/>
    <w:rsid w:val="00326F90"/>
    <w:pPr>
      <w:numPr>
        <w:numId w:val="3"/>
      </w:numPr>
      <w:contextualSpacing/>
    </w:pPr>
  </w:style>
  <w:style w:type="paragraph" w:styleId="Listanumerowana">
    <w:name w:val="List Number"/>
    <w:basedOn w:val="Normalny"/>
    <w:uiPriority w:val="99"/>
    <w:unhideWhenUsed/>
    <w:rsid w:val="00326F90"/>
    <w:pPr>
      <w:numPr>
        <w:numId w:val="5"/>
      </w:numPr>
      <w:contextualSpacing/>
    </w:pPr>
  </w:style>
  <w:style w:type="paragraph" w:styleId="Listanumerowana2">
    <w:name w:val="List Number 2"/>
    <w:basedOn w:val="Normalny"/>
    <w:uiPriority w:val="99"/>
    <w:unhideWhenUsed/>
    <w:rsid w:val="0029639D"/>
    <w:pPr>
      <w:numPr>
        <w:numId w:val="6"/>
      </w:numPr>
      <w:contextualSpacing/>
    </w:pPr>
  </w:style>
  <w:style w:type="paragraph" w:styleId="Listanumerowana3">
    <w:name w:val="List Number 3"/>
    <w:basedOn w:val="Normalny"/>
    <w:uiPriority w:val="99"/>
    <w:unhideWhenUsed/>
    <w:rsid w:val="0029639D"/>
    <w:pPr>
      <w:numPr>
        <w:numId w:val="7"/>
      </w:numPr>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pPr>
      <w:spacing w:line="240" w:lineRule="auto"/>
    </w:pPr>
    <w:rPr>
      <w:b/>
      <w:bCs/>
      <w:color w:val="4F81BD" w:themeColor="accent1"/>
      <w:sz w:val="18"/>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7</Pages>
  <Words>1403</Words>
  <Characters>8422</Characters>
  <Application>Microsoft Office Word</Application>
  <DocSecurity>0</DocSecurity>
  <Lines>70</Lines>
  <Paragraphs>19</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9806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Kinga Gaweł-Stec</cp:lastModifiedBy>
  <cp:revision>8</cp:revision>
  <dcterms:created xsi:type="dcterms:W3CDTF">2026-05-07T12:45:00Z</dcterms:created>
  <dcterms:modified xsi:type="dcterms:W3CDTF">2026-05-25T09:30:00Z</dcterms:modified>
  <cp:category/>
</cp:coreProperties>
</file>